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3792"/>
        <w:gridCol w:w="3792"/>
        <w:gridCol w:w="3792"/>
        <w:gridCol w:w="3792"/>
      </w:tblGrid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50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List of Evidence</w:t>
            </w:r>
          </w:p>
        </w:tc>
        <w:tc>
          <w:tcPr>
            <w:tcW w:type="dxa" w:w="22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616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25690824 V1.0 YaB</w:t>
            </w:r>
          </w:p>
        </w:tc>
      </w:tr>
      <w:tr>
        <w:trPr>
          <w:trHeight w:hRule="exact" w:val="552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48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2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ารตรวจสอบสถานะ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ารจัดเตรียมและ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็บเอ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องโ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Period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(232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วัน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)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Prepared by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  <w:tr>
        <w:trPr>
          <w:trHeight w:hRule="exact" w:val="556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30" w:lineRule="exact" w:before="456" w:after="156"/>
        <w:ind w:left="0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PM Process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3792"/>
        <w:gridCol w:w="3792"/>
        <w:gridCol w:w="3792"/>
        <w:gridCol w:w="3792"/>
      </w:tblGrid>
      <w:tr>
        <w:trPr>
          <w:trHeight w:hRule="exact" w:val="45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No.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Instantiation</w:t>
            </w:r>
          </w:p>
        </w:tc>
        <w:tc>
          <w:tcPr>
            <w:tcW w:type="dxa" w:w="42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Evidence Name</w:t>
            </w:r>
          </w:p>
        </w:tc>
        <w:tc>
          <w:tcPr>
            <w:tcW w:type="dxa" w:w="7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Description</w:t>
            </w:r>
          </w:p>
        </w:tc>
      </w:tr>
      <w:tr>
        <w:trPr>
          <w:trHeight w:hRule="exact" w:val="72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Statement of Work</w:t>
            </w:r>
          </w:p>
        </w:tc>
        <w:tc>
          <w:tcPr>
            <w:tcW w:type="dxa" w:w="42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200-WMS-26-001-00 Statement of Work 25690105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V1.0 ApS</w:t>
            </w:r>
          </w:p>
        </w:tc>
        <w:tc>
          <w:tcPr>
            <w:tcW w:type="dxa" w:w="7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อบเ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ารและหนังสือเชิญประชุมเปิดโ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  <w:tr>
        <w:trPr>
          <w:trHeight w:hRule="exact" w:val="177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Plan</w:t>
            </w:r>
          </w:p>
        </w:tc>
        <w:tc>
          <w:tcPr>
            <w:tcW w:type="dxa" w:w="42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1. 200-WMS-26-001-00 Work Schedule 25690213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2. 200-WMS-26-001-00 Software Project Plan 25690213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3. 200-WMS-26-001-00 Customer Requirements 25690206 V1.0 NoC</w:t>
            </w:r>
          </w:p>
        </w:tc>
        <w:tc>
          <w:tcPr>
            <w:tcW w:type="dxa" w:w="7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แผนการดำเนินงาน แผนโครงการ และความต้องการของลูกค้า</w:t>
            </w:r>
          </w:p>
        </w:tc>
      </w:tr>
    </w:tbl>
    <w:p>
      <w:pPr>
        <w:sectPr>
          <w:headerReference w:type="default" r:id="rId10"/>
          <w:footerReference w:type="default" r:id="rId11"/>
          <w:pgSz w:w="16838" w:h="11899"/>
          <w:pgMar w:top="1814" w:right="814" w:bottom="10" w:left="856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3792"/>
        <w:gridCol w:w="3792"/>
        <w:gridCol w:w="3792"/>
        <w:gridCol w:w="3792"/>
      </w:tblGrid>
      <w:tr>
        <w:trPr>
          <w:trHeight w:hRule="exact" w:val="448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No.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Instantiation</w:t>
            </w:r>
          </w:p>
        </w:tc>
        <w:tc>
          <w:tcPr>
            <w:tcW w:type="dxa" w:w="42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Evidence Name</w:t>
            </w:r>
          </w:p>
        </w:tc>
        <w:tc>
          <w:tcPr>
            <w:tcW w:type="dxa" w:w="7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Description</w:t>
            </w:r>
          </w:p>
        </w:tc>
      </w:tr>
      <w:tr>
        <w:trPr>
          <w:trHeight w:hRule="exact" w:val="8026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Progress Status Record (15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Report)</w:t>
            </w:r>
          </w:p>
        </w:tc>
        <w:tc>
          <w:tcPr>
            <w:tcW w:type="dxa" w:w="42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68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1. 200-WMS-26-001-00 Progress Status Record 25690109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2. 200-WMS-26-001-00 Progress Status Record 25690123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3. 200-WMS-26-001-00 Progress Status Record 25690206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4. 200-WMS-26-001-00 Progress Status Record 25690218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5. 200-WMS-26-001-00 Progress Status Record 25690225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6. 200-WMS-26-001-00 Progress Status Record 25690317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7. 200-WMS-26-001-00 Progress Status Record 25690429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8. 200-WMS-26-001-00 Progress Status Record 25690508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9. 200-WMS-26-001-00 Progress Status Record 25690513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10. 200-WMS-26-001-00 Progress Status Record 25690523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11. 200-WMS-26-001-00 Progress Status Record 25690529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12. 200-WMS-26-001-00 Progress Status Record 25690803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13. 200-WMS-26-001-00 Progress Status Record 25690814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14. 200-WMS-26-001-00 Progress Status Record 25690817 V1.0 ApS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15. 200-WMS-26-001-00 Progress Status Record 25690824 V1.0 ApS</w:t>
            </w:r>
          </w:p>
        </w:tc>
        <w:tc>
          <w:tcPr>
            <w:tcW w:type="dxa" w:w="7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้าวหน้า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ารรายงวด</w:t>
            </w:r>
          </w:p>
        </w:tc>
      </w:tr>
    </w:tbl>
    <w:p>
      <w:pPr>
        <w:sectPr>
          <w:pgSz w:w="16838" w:h="11899"/>
          <w:pgMar w:top="1814" w:right="814" w:bottom="10" w:left="856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3792"/>
        <w:gridCol w:w="3792"/>
        <w:gridCol w:w="3792"/>
        <w:gridCol w:w="3792"/>
      </w:tblGrid>
      <w:tr>
        <w:trPr>
          <w:trHeight w:hRule="exact" w:val="448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No.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Instantiation</w:t>
            </w:r>
          </w:p>
        </w:tc>
        <w:tc>
          <w:tcPr>
            <w:tcW w:type="dxa" w:w="42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Evidence Name</w:t>
            </w:r>
          </w:p>
        </w:tc>
        <w:tc>
          <w:tcPr>
            <w:tcW w:type="dxa" w:w="7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Description</w:t>
            </w:r>
          </w:p>
        </w:tc>
      </w:tr>
      <w:tr>
        <w:trPr>
          <w:trHeight w:hRule="exact" w:val="72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Correction Register</w:t>
            </w:r>
          </w:p>
        </w:tc>
        <w:tc>
          <w:tcPr>
            <w:tcW w:type="dxa" w:w="42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200-WMS-26-001-00 Correction Register 25690817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V1.0 YaB</w:t>
            </w:r>
          </w:p>
        </w:tc>
        <w:tc>
          <w:tcPr>
            <w:tcW w:type="dxa" w:w="7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สารสรุปปัญหาที่พบระหว่างดำเนินโ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  <w:tr>
        <w:trPr>
          <w:trHeight w:hRule="exact" w:val="72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Acceptance Record</w:t>
            </w:r>
          </w:p>
        </w:tc>
        <w:tc>
          <w:tcPr>
            <w:tcW w:type="dxa" w:w="42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200-WMS-26-001-00 Acceptance Report 25690817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V1.0 ApS</w:t>
            </w:r>
          </w:p>
        </w:tc>
        <w:tc>
          <w:tcPr>
            <w:tcW w:type="dxa" w:w="7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ารส่งมอบงาน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(Sign off Letter)</w:t>
            </w:r>
          </w:p>
        </w:tc>
      </w:tr>
      <w:tr>
        <w:trPr>
          <w:trHeight w:hRule="exact" w:val="72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Change Requests (1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ฉบับ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)</w:t>
            </w:r>
          </w:p>
        </w:tc>
        <w:tc>
          <w:tcPr>
            <w:tcW w:type="dxa" w:w="42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200-WMS-26-001-00 Change Report 25690817 V1.0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7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ารเปลี่ยนแปลง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</w:tbl>
    <w:p>
      <w:pPr>
        <w:sectPr>
          <w:pgSz w:w="16838" w:h="11899"/>
          <w:pgMar w:top="1814" w:right="814" w:bottom="10" w:left="856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3792"/>
        <w:gridCol w:w="3792"/>
        <w:gridCol w:w="3792"/>
        <w:gridCol w:w="3792"/>
      </w:tblGrid>
      <w:tr>
        <w:trPr>
          <w:trHeight w:hRule="exact" w:val="448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No.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Instantiation</w:t>
            </w:r>
          </w:p>
        </w:tc>
        <w:tc>
          <w:tcPr>
            <w:tcW w:type="dxa" w:w="42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Evidence Name</w:t>
            </w:r>
          </w:p>
        </w:tc>
        <w:tc>
          <w:tcPr>
            <w:tcW w:type="dxa" w:w="7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Description</w:t>
            </w:r>
          </w:p>
        </w:tc>
      </w:tr>
      <w:tr>
        <w:trPr>
          <w:trHeight w:hRule="exact" w:val="6466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7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Meeting Record (12 MoM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Report)</w:t>
            </w:r>
          </w:p>
        </w:tc>
        <w:tc>
          <w:tcPr>
            <w:tcW w:type="dxa" w:w="42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68" w:after="0"/>
              <w:ind w:left="11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1. 200-WMS-26-001-00 Minutes Of Meeting 25690105 V1.0 YaB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2. 200-WMS-26-001-00 Minutes Of Meeting 25690123 V1.0 YaB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3. 200-WMS-26-001-00 Minutes Of Meeting 25690218 V1.0 YaB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4. 200-WMS-26-001-00 Minutes Of Meeting 25690317 V1.0 YaB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5. 200-WMS-26-001-00 Minutes Of Meeting 25690429 V1.0 YaB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6. 200-WMS-26-001-00 Minutes Of Meeting 25690513 V1.0 YaB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7. 200-WMS-26-001-00 Minutes Of Meeting 25690523 V1.0 YaB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8. 200-WMS-26-001-00 Minutes Of Meeting 25690529 V1.0 YaB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9. 200-WMS-26-001-00 Minutes Of Meeting 25690803 V1.0 YaB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10. 200-WMS-26-001-00 Minutes Of Meeting 25690814 V1.0 YaB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11. 200-WMS-26-001-00 Minutes Of Meeting 25690817 V1.0 YaB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12. 200-WMS-26-001-00 Minutes Of Meeting 25690824 V1.0 YaB</w:t>
            </w:r>
          </w:p>
        </w:tc>
        <w:tc>
          <w:tcPr>
            <w:tcW w:type="dxa" w:w="7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ารประชุมตามแผน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ารทำงานใน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Work Schedule</w:t>
            </w:r>
          </w:p>
        </w:tc>
      </w:tr>
      <w:tr>
        <w:trPr>
          <w:trHeight w:hRule="exact" w:val="72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8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Configuration</w:t>
            </w:r>
          </w:p>
        </w:tc>
        <w:tc>
          <w:tcPr>
            <w:tcW w:type="dxa" w:w="42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200-WMS-26-001-00 Software Configuration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25690817 V1.0 ThS</w:t>
            </w:r>
          </w:p>
        </w:tc>
        <w:tc>
          <w:tcPr>
            <w:tcW w:type="dxa" w:w="7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บันทึกการกำหนดค่าและความเปลี่ยนแปลงต่าง ๆ ที่เกิดขึ้นของระบบ</w:t>
            </w:r>
          </w:p>
        </w:tc>
      </w:tr>
      <w:tr>
        <w:trPr>
          <w:trHeight w:hRule="exact" w:val="72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9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Repository</w:t>
            </w:r>
          </w:p>
        </w:tc>
        <w:tc>
          <w:tcPr>
            <w:tcW w:type="dxa" w:w="42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200-WMS-26-001-00 Project Repository 25690817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V1.0 ThS</w:t>
            </w:r>
          </w:p>
        </w:tc>
        <w:tc>
          <w:tcPr>
            <w:tcW w:type="dxa" w:w="7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8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พื้นที่เก็บข้อมูล เอกสาร และหลักฐานทุกอย่างของโครงการ (Git Server: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git@188.166.228.62:nok/wms-app.git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)</w:t>
            </w:r>
          </w:p>
        </w:tc>
      </w:tr>
    </w:tbl>
    <w:p>
      <w:pPr>
        <w:sectPr>
          <w:pgSz w:w="16838" w:h="11899"/>
          <w:pgMar w:top="1814" w:right="814" w:bottom="10" w:left="856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3792"/>
        <w:gridCol w:w="3792"/>
        <w:gridCol w:w="3792"/>
        <w:gridCol w:w="3792"/>
      </w:tblGrid>
      <w:tr>
        <w:trPr>
          <w:trHeight w:hRule="exact" w:val="448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No.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Instantiation</w:t>
            </w:r>
          </w:p>
        </w:tc>
        <w:tc>
          <w:tcPr>
            <w:tcW w:type="dxa" w:w="42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Evidence Name</w:t>
            </w:r>
          </w:p>
        </w:tc>
        <w:tc>
          <w:tcPr>
            <w:tcW w:type="dxa" w:w="7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Description</w:t>
            </w:r>
          </w:p>
        </w:tc>
      </w:tr>
      <w:tr>
        <w:trPr>
          <w:trHeight w:hRule="exact" w:val="72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10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Project 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(Backup)</w:t>
            </w:r>
          </w:p>
        </w:tc>
        <w:tc>
          <w:tcPr>
            <w:tcW w:type="dxa" w:w="42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200-WMS-26-001-00 Project Repository Backup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25690824 V1.0 ThS</w:t>
            </w:r>
          </w:p>
        </w:tc>
        <w:tc>
          <w:tcPr>
            <w:tcW w:type="dxa" w:w="79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8" w:right="72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พื้นที่สำรองสำหรับกู้คืนข้อมูล (Git Remote สำรอง: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git@github.com:thanakorninbox-dev/wms-app.git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และชุดสำรองฐานข้อมูลบนคลาวด์)</w:t>
            </w:r>
          </w:p>
        </w:tc>
      </w:tr>
    </w:tbl>
    <w:p>
      <w:pPr>
        <w:autoSpaceDN w:val="0"/>
        <w:autoSpaceDE w:val="0"/>
        <w:widowControl/>
        <w:spacing w:line="230" w:lineRule="exact" w:before="412" w:after="156"/>
        <w:ind w:left="0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SI Process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3792"/>
        <w:gridCol w:w="3792"/>
        <w:gridCol w:w="3792"/>
        <w:gridCol w:w="3792"/>
      </w:tblGrid>
      <w:tr>
        <w:trPr>
          <w:trHeight w:hRule="exact" w:val="448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No.</w:t>
            </w:r>
          </w:p>
        </w:tc>
        <w:tc>
          <w:tcPr>
            <w:tcW w:type="dxa" w:w="2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Instantiation</w:t>
            </w:r>
          </w:p>
        </w:tc>
        <w:tc>
          <w:tcPr>
            <w:tcW w:type="dxa" w:w="6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Evidence Name</w:t>
            </w:r>
          </w:p>
        </w:tc>
        <w:tc>
          <w:tcPr>
            <w:tcW w:type="dxa" w:w="5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Description</w:t>
            </w:r>
          </w:p>
        </w:tc>
      </w:tr>
      <w:tr>
        <w:trPr>
          <w:trHeight w:hRule="exact" w:val="464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11</w:t>
            </w:r>
          </w:p>
        </w:tc>
        <w:tc>
          <w:tcPr>
            <w:tcW w:type="dxa" w:w="2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Requirements specification (SRS)</w:t>
            </w:r>
          </w:p>
        </w:tc>
        <w:tc>
          <w:tcPr>
            <w:tcW w:type="dxa" w:w="6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200-WMS-26-001-00 Software Requirements 25690225 V1.0 NoC</w:t>
            </w:r>
          </w:p>
        </w:tc>
        <w:tc>
          <w:tcPr>
            <w:tcW w:type="dxa" w:w="5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สารแสดง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ารซอฟต์แวร์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องระบบ</w:t>
            </w:r>
          </w:p>
        </w:tc>
      </w:tr>
      <w:tr>
        <w:trPr>
          <w:trHeight w:hRule="exact" w:val="452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12</w:t>
            </w:r>
          </w:p>
        </w:tc>
        <w:tc>
          <w:tcPr>
            <w:tcW w:type="dxa" w:w="2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design</w:t>
            </w:r>
          </w:p>
        </w:tc>
        <w:tc>
          <w:tcPr>
            <w:tcW w:type="dxa" w:w="6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200-WMS-26-001-00 Software Design 25690306 V1.0 NoC</w:t>
            </w:r>
          </w:p>
        </w:tc>
        <w:tc>
          <w:tcPr>
            <w:tcW w:type="dxa" w:w="5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เอกสารการออกแบบระบบ พร้อมหัวข้อ Software Baseline</w:t>
            </w:r>
          </w:p>
        </w:tc>
      </w:tr>
      <w:tr>
        <w:trPr>
          <w:trHeight w:hRule="exact" w:val="464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13</w:t>
            </w:r>
          </w:p>
        </w:tc>
        <w:tc>
          <w:tcPr>
            <w:tcW w:type="dxa" w:w="2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Traceability record</w:t>
            </w:r>
          </w:p>
        </w:tc>
        <w:tc>
          <w:tcPr>
            <w:tcW w:type="dxa" w:w="6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200-WMS-26-001-00 Traceability Record 25690306 V1.0 NoC</w:t>
            </w:r>
          </w:p>
        </w:tc>
        <w:tc>
          <w:tcPr>
            <w:tcW w:type="dxa" w:w="5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ลับได้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(Traceability Matrix)</w:t>
            </w:r>
          </w:p>
        </w:tc>
      </w:tr>
      <w:tr>
        <w:trPr>
          <w:trHeight w:hRule="exact" w:val="45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14</w:t>
            </w:r>
          </w:p>
        </w:tc>
        <w:tc>
          <w:tcPr>
            <w:tcW w:type="dxa" w:w="2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Components</w:t>
            </w:r>
          </w:p>
        </w:tc>
        <w:tc>
          <w:tcPr>
            <w:tcW w:type="dxa" w:w="6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200-WMS-26-001-00 Software Components 25690817 V1.0 ThS</w:t>
            </w:r>
          </w:p>
        </w:tc>
        <w:tc>
          <w:tcPr>
            <w:tcW w:type="dxa" w:w="5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เอกสารแสดงส่วนประกอบต่าง ๆ ของโปรแกรมแต่ละเวอร์ชัน</w:t>
            </w:r>
          </w:p>
        </w:tc>
      </w:tr>
      <w:tr>
        <w:trPr>
          <w:trHeight w:hRule="exact" w:val="466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15</w:t>
            </w:r>
          </w:p>
        </w:tc>
        <w:tc>
          <w:tcPr>
            <w:tcW w:type="dxa" w:w="2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 Cases and Test Procedures</w:t>
            </w:r>
          </w:p>
        </w:tc>
        <w:tc>
          <w:tcPr>
            <w:tcW w:type="dxa" w:w="6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200-WMS-26-001-00 Test Case and Test Procedures 25690731 V1.0 PaNg</w:t>
            </w:r>
          </w:p>
        </w:tc>
        <w:tc>
          <w:tcPr>
            <w:tcW w:type="dxa" w:w="5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สารแสดงตัวอย่างชุด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้อมูลที่ใช้ทดสอบ</w:t>
            </w:r>
          </w:p>
        </w:tc>
      </w:tr>
      <w:tr>
        <w:trPr>
          <w:trHeight w:hRule="exact" w:val="45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16</w:t>
            </w:r>
          </w:p>
        </w:tc>
        <w:tc>
          <w:tcPr>
            <w:tcW w:type="dxa" w:w="2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 Report</w:t>
            </w:r>
          </w:p>
        </w:tc>
        <w:tc>
          <w:tcPr>
            <w:tcW w:type="dxa" w:w="6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200-WMS-26-001-00 Test Report 25690814 V1.0 PaNg</w:t>
            </w:r>
          </w:p>
        </w:tc>
        <w:tc>
          <w:tcPr>
            <w:tcW w:type="dxa" w:w="5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ารทดสอบระบบ</w:t>
            </w:r>
          </w:p>
        </w:tc>
      </w:tr>
      <w:tr>
        <w:trPr>
          <w:trHeight w:hRule="exact" w:val="464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17</w:t>
            </w:r>
          </w:p>
        </w:tc>
        <w:tc>
          <w:tcPr>
            <w:tcW w:type="dxa" w:w="2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</w:t>
            </w:r>
          </w:p>
        </w:tc>
        <w:tc>
          <w:tcPr>
            <w:tcW w:type="dxa" w:w="6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200-WMS-26-001-00 Software 25690817 V1.0 ThS</w:t>
            </w:r>
          </w:p>
        </w:tc>
        <w:tc>
          <w:tcPr>
            <w:tcW w:type="dxa" w:w="5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ซอฟต์แวร์สำหรับส่งมอบให้กับผู้ใช้งาน (Baseline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6c39700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)</w:t>
            </w:r>
          </w:p>
        </w:tc>
      </w:tr>
      <w:tr>
        <w:trPr>
          <w:trHeight w:hRule="exact" w:val="45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18</w:t>
            </w:r>
          </w:p>
        </w:tc>
        <w:tc>
          <w:tcPr>
            <w:tcW w:type="dxa" w:w="2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Software User Documentation</w:t>
            </w:r>
          </w:p>
        </w:tc>
        <w:tc>
          <w:tcPr>
            <w:tcW w:type="dxa" w:w="6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200-WMS-26-001-00 Software User Document 25690814 V1.0 ThS</w:t>
            </w:r>
          </w:p>
        </w:tc>
        <w:tc>
          <w:tcPr>
            <w:tcW w:type="dxa" w:w="5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ู่มือ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ารใช้งานสำหรับผู้ใช้</w:t>
            </w:r>
          </w:p>
        </w:tc>
      </w:tr>
      <w:tr>
        <w:trPr>
          <w:trHeight w:hRule="exact" w:val="466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19</w:t>
            </w:r>
          </w:p>
        </w:tc>
        <w:tc>
          <w:tcPr>
            <w:tcW w:type="dxa" w:w="2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Product Operation Guide</w:t>
            </w:r>
          </w:p>
        </w:tc>
        <w:tc>
          <w:tcPr>
            <w:tcW w:type="dxa" w:w="6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200-WMS-26-001-00 Product Operation Guide 25690817 V1.0 ThS</w:t>
            </w:r>
          </w:p>
        </w:tc>
        <w:tc>
          <w:tcPr>
            <w:tcW w:type="dxa" w:w="5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ู่มือปฏิบัติงานสำหรับผู้ดูแลระบบ</w:t>
            </w:r>
          </w:p>
        </w:tc>
      </w:tr>
      <w:tr>
        <w:trPr>
          <w:trHeight w:hRule="exact" w:val="45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</w:t>
            </w:r>
          </w:p>
        </w:tc>
        <w:tc>
          <w:tcPr>
            <w:tcW w:type="dxa" w:w="2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Maintenance Documentation</w:t>
            </w:r>
          </w:p>
        </w:tc>
        <w:tc>
          <w:tcPr>
            <w:tcW w:type="dxa" w:w="6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200-WMS-26-001-00 Maintenance Document 25690817 V1.0 ThS</w:t>
            </w:r>
          </w:p>
        </w:tc>
        <w:tc>
          <w:tcPr>
            <w:tcW w:type="dxa" w:w="5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ู่มือ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ารบำรุงรั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ษาระบบ</w:t>
            </w:r>
          </w:p>
        </w:tc>
      </w:tr>
      <w:tr>
        <w:trPr>
          <w:trHeight w:hRule="exact" w:val="1244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21</w:t>
            </w:r>
          </w:p>
        </w:tc>
        <w:tc>
          <w:tcPr>
            <w:tcW w:type="dxa" w:w="2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Verification result (4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)</w:t>
            </w:r>
          </w:p>
        </w:tc>
        <w:tc>
          <w:tcPr>
            <w:tcW w:type="dxa" w:w="6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2" w:after="0"/>
              <w:ind w:left="120" w:right="1020" w:firstLine="0"/>
              <w:jc w:val="both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1. 200-WMS-26-001-00 Verification Results 25690317 V0.1 PaNg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2. 200-WMS-26-001-00 Verification Results 25690529 V0.2 PaNg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3. 200-WMS-26-001-00 Verification Results 25690731 V0.3 PaNg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br/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4. 200-WMS-26-001-00 Verification Results 25690817 V1.0 PaNg</w:t>
            </w:r>
          </w:p>
        </w:tc>
        <w:tc>
          <w:tcPr>
            <w:tcW w:type="dxa" w:w="5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ารตรวจสอบสถานะ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ารจัดเตรียมและ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  <w:tr>
        <w:trPr>
          <w:trHeight w:hRule="exact" w:val="450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22</w:t>
            </w:r>
          </w:p>
        </w:tc>
        <w:tc>
          <w:tcPr>
            <w:tcW w:type="dxa" w:w="29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Validation result</w:t>
            </w:r>
          </w:p>
        </w:tc>
        <w:tc>
          <w:tcPr>
            <w:tcW w:type="dxa" w:w="6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200-WMS-26-001-00 Validation Results 25690814 V1.0 PaNg</w:t>
            </w:r>
          </w:p>
        </w:tc>
        <w:tc>
          <w:tcPr>
            <w:tcW w:type="dxa" w:w="55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ารยืนยัน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ับผู้ใช้งาน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(UAT)</w:t>
            </w:r>
          </w:p>
        </w:tc>
      </w:tr>
    </w:tbl>
    <w:p>
      <w:pPr>
        <w:sectPr>
          <w:pgSz w:w="16838" w:h="11899"/>
          <w:pgMar w:top="1814" w:right="814" w:bottom="10" w:left="856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30" w:lineRule="exact" w:before="464" w:after="154"/>
        <w:ind w:left="0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Other Document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3792"/>
        <w:gridCol w:w="3792"/>
        <w:gridCol w:w="3792"/>
        <w:gridCol w:w="3792"/>
      </w:tblGrid>
      <w:tr>
        <w:trPr>
          <w:trHeight w:hRule="exact" w:val="452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No.</w:t>
            </w:r>
          </w:p>
        </w:tc>
        <w:tc>
          <w:tcPr>
            <w:tcW w:type="dxa" w:w="3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Instantiation</w:t>
            </w:r>
          </w:p>
        </w:tc>
        <w:tc>
          <w:tcPr>
            <w:tcW w:type="dxa" w:w="6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Evidence Name</w:t>
            </w:r>
          </w:p>
        </w:tc>
        <w:tc>
          <w:tcPr>
            <w:tcW w:type="dxa" w:w="47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Description</w:t>
            </w:r>
          </w:p>
        </w:tc>
      </w:tr>
      <w:tr>
        <w:trPr>
          <w:trHeight w:hRule="exact" w:val="464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3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Stakeholder Register</w:t>
            </w:r>
          </w:p>
        </w:tc>
        <w:tc>
          <w:tcPr>
            <w:tcW w:type="dxa" w:w="6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200-WMS-26-001-00 Stakeholder Register 25690116 V1.0 YaB</w:t>
            </w:r>
          </w:p>
        </w:tc>
        <w:tc>
          <w:tcPr>
            <w:tcW w:type="dxa" w:w="47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รายชื่อผู้มีส่วนได้ส่วนเสียและระดับ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ารมีส่วนร่วม</w:t>
            </w:r>
          </w:p>
        </w:tc>
      </w:tr>
      <w:tr>
        <w:trPr>
          <w:trHeight w:hRule="exact" w:val="448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3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Charter Report</w:t>
            </w:r>
          </w:p>
        </w:tc>
        <w:tc>
          <w:tcPr>
            <w:tcW w:type="dxa" w:w="6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200-WMS-26-001-00 Project Charter Report 25690123 V1.0 YaB</w:t>
            </w:r>
          </w:p>
        </w:tc>
        <w:tc>
          <w:tcPr>
            <w:tcW w:type="dxa" w:w="47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ฎบัตรโ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  <w:tr>
        <w:trPr>
          <w:trHeight w:hRule="exact" w:val="468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3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TRACEABILITY-RECORD-Table</w:t>
            </w:r>
          </w:p>
        </w:tc>
        <w:tc>
          <w:tcPr>
            <w:tcW w:type="dxa" w:w="6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200-WMS-26-001-00 TRACEABILITY-RECORD 25690817 V1.0 NoC</w:t>
            </w:r>
          </w:p>
        </w:tc>
        <w:tc>
          <w:tcPr>
            <w:tcW w:type="dxa" w:w="47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ตารางสรุป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ารถึงผล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ารทดสอบ</w:t>
            </w:r>
          </w:p>
        </w:tc>
      </w:tr>
      <w:tr>
        <w:trPr>
          <w:trHeight w:hRule="exact" w:val="448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3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Training Report</w:t>
            </w:r>
          </w:p>
        </w:tc>
        <w:tc>
          <w:tcPr>
            <w:tcW w:type="dxa" w:w="6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200-WMS-26-001-00 Training Report 25690822 V1.0 YaB</w:t>
            </w:r>
          </w:p>
        </w:tc>
        <w:tc>
          <w:tcPr>
            <w:tcW w:type="dxa" w:w="47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ารอบรมผู้ใช้งานระบบ</w:t>
            </w:r>
          </w:p>
        </w:tc>
      </w:tr>
      <w:tr>
        <w:trPr>
          <w:trHeight w:hRule="exact" w:val="464"/>
        </w:trPr>
        <w:tc>
          <w:tcPr>
            <w:tcW w:type="dxa" w:w="5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32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List of Evidence</w:t>
            </w:r>
          </w:p>
        </w:tc>
        <w:tc>
          <w:tcPr>
            <w:tcW w:type="dxa" w:w="6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สารฉบับนี้</w:t>
            </w:r>
          </w:p>
        </w:tc>
        <w:tc>
          <w:tcPr>
            <w:tcW w:type="dxa" w:w="47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ดัชนีเอ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สารและหลั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ฐานทั้งหมด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</w:tbl>
    <w:p>
      <w:pPr>
        <w:autoSpaceDN w:val="0"/>
        <w:autoSpaceDE w:val="0"/>
        <w:widowControl/>
        <w:spacing w:line="268" w:lineRule="exact" w:before="358" w:after="154"/>
        <w:ind w:left="0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สรุปความครบถ้วนของหลักฐาน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7584"/>
        <w:gridCol w:w="7584"/>
      </w:tblGrid>
      <w:tr>
        <w:trPr>
          <w:trHeight w:hRule="exact" w:val="466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จำนวน</w:t>
            </w:r>
          </w:p>
        </w:tc>
      </w:tr>
      <w:tr>
        <w:trPr>
          <w:trHeight w:hRule="exact" w:val="450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Work Products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PM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10</w:t>
            </w:r>
          </w:p>
        </w:tc>
      </w:tr>
      <w:tr>
        <w:trPr>
          <w:trHeight w:hRule="exact" w:val="464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Work Products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SI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12</w:t>
            </w:r>
          </w:p>
        </w:tc>
      </w:tr>
      <w:tr>
        <w:trPr>
          <w:trHeight w:hRule="exact" w:val="450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สารประ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อบเพิ่มเติม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(Other Document)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</w:tr>
      <w:tr>
        <w:trPr>
          <w:trHeight w:hRule="exact" w:val="466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ไฟล์เอ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สารที่จัดเ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็บทั้งหมด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56</w:t>
            </w:r>
          </w:p>
        </w:tc>
      </w:tr>
      <w:tr>
        <w:trPr>
          <w:trHeight w:hRule="exact" w:val="450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สารที่จัดเตรียม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56</w:t>
            </w:r>
          </w:p>
        </w:tc>
      </w:tr>
      <w:tr>
        <w:trPr>
          <w:trHeight w:hRule="exact" w:val="464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สารที่ยังไม่ได้จัดเตรียม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</w:tbl>
    <w:p>
      <w:pPr>
        <w:autoSpaceDN w:val="0"/>
        <w:autoSpaceDE w:val="0"/>
        <w:widowControl/>
        <w:spacing w:line="246" w:lineRule="exact" w:before="300" w:after="2034"/>
        <w:ind w:left="0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เอกสารและหลักฐานทั้งหมดจัดเก็บใน Project Repository และสำรองไว้ตามที่ระบุในเอกสาร Project Repository (Backup) โดยชุดเอกสารส่งมอบควบคุมใน Branch </w:t>
      </w:r>
      <w:r>
        <w:rPr>
          <w:rFonts w:ascii="Courier New" w:hAnsi="Courier New" w:eastAsia="Courier New" w:cs="Courier New"/>
          <w:b w:val="0"/>
          <w:i w:val="0"/>
          <w:color w:val="111111"/>
          <w:sz w:val="21"/>
          <w:szCs w:val="21"/>
        </w:rPr>
        <w:t xml:space="preserve">sdlc</w:t>
      </w:r>
    </w:p>
    <w:p>
      <w:pPr>
        <w:sectPr>
          <w:pgSz w:w="16838" w:h="11899"/>
          <w:pgMar w:top="1814" w:right="814" w:bottom="10" w:left="856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56" w:lineRule="exact" w:before="420" w:after="156"/>
        <w:ind w:left="0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3792"/>
        <w:gridCol w:w="3792"/>
        <w:gridCol w:w="3792"/>
        <w:gridCol w:w="3792"/>
      </w:tblGrid>
      <w:tr>
        <w:trPr>
          <w:trHeight w:hRule="exact" w:val="452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คุณเยาวลักษณ์ บางชมภู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Document Control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0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3792"/>
        <w:gridCol w:w="3792"/>
        <w:gridCol w:w="3792"/>
        <w:gridCol w:w="3792"/>
      </w:tblGrid>
      <w:tr>
        <w:trPr>
          <w:trHeight w:hRule="exact" w:val="468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คุณอภิรัชช์ สุภัทรประทีป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Manager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8" w:after="142"/>
        <w:ind w:left="0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" w:type="dxa"/>
      </w:tblPr>
      <w:tblGrid>
        <w:gridCol w:w="3792"/>
        <w:gridCol w:w="3792"/>
        <w:gridCol w:w="3792"/>
        <w:gridCol w:w="3792"/>
      </w:tblGrid>
      <w:tr>
        <w:trPr>
          <w:trHeight w:hRule="exact" w:val="464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6838" w:h="11899"/>
      <w:pgMar w:top="1814" w:right="814" w:bottom="10" w:left="856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15168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LoE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856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ist-of-evidenc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