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Maintenance Document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25690817 V1.0 ThS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ู่มือ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ารบำรุงรั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ษาระบบ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Period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 , คุณนพพงษ์ เจริญสุข (System Analyst)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68" w:lineRule="exact" w:before="418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วัตถุประสงค์ (Objective)</w:t>
      </w:r>
    </w:p>
    <w:p>
      <w:pPr>
        <w:autoSpaceDN w:val="0"/>
        <w:autoSpaceDE w:val="0"/>
        <w:widowControl/>
        <w:spacing w:line="244" w:lineRule="exact" w:before="18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เพื่อกำหนดแนวทางการบำรุงรักษาระบบหลังจากส่งมอบและเปิดใช้งานจริง ครอบคลุมการแก้ไขข้อผิดพลาด การปรับปรุง และการป้องกัน เพื่อให้ระบบมีความเสถียร ปลอดภัย ต่อเนื่อง และสอดคล้องกับความต้องการของผู้ใช้งาน</w:t>
      </w:r>
    </w:p>
    <w:p>
      <w:pPr>
        <w:autoSpaceDN w:val="0"/>
        <w:autoSpaceDE w:val="0"/>
        <w:widowControl/>
        <w:spacing w:line="268" w:lineRule="exact" w:before="396" w:after="14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ขอบเขตการบำรุงรักษา (Maintenance Scope)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64"/>
        </w:trPr>
        <w:tc>
          <w:tcPr>
            <w:tcW w:type="dxa" w:w="8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</w:t>
            </w:r>
          </w:p>
        </w:tc>
        <w:tc>
          <w:tcPr>
            <w:tcW w:type="dxa" w:w="82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Type</w:t>
            </w:r>
          </w:p>
        </w:tc>
      </w:tr>
      <w:tr>
        <w:trPr>
          <w:trHeight w:hRule="exact" w:val="450"/>
        </w:trPr>
        <w:tc>
          <w:tcPr>
            <w:tcW w:type="dxa" w:w="8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MD-001</w:t>
            </w:r>
          </w:p>
        </w:tc>
        <w:tc>
          <w:tcPr>
            <w:tcW w:type="dxa" w:w="82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Web Server (PHP 8, Apache, Linux Server)</w:t>
            </w:r>
          </w:p>
        </w:tc>
      </w:tr>
      <w:tr>
        <w:trPr>
          <w:trHeight w:hRule="exact" w:val="466"/>
        </w:trPr>
        <w:tc>
          <w:tcPr>
            <w:tcW w:type="dxa" w:w="8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MD-002</w:t>
            </w:r>
          </w:p>
        </w:tc>
        <w:tc>
          <w:tcPr>
            <w:tcW w:type="dxa" w:w="82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Application Modules (11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)</w:t>
            </w:r>
          </w:p>
        </w:tc>
      </w:tr>
      <w:tr>
        <w:trPr>
          <w:trHeight w:hRule="exact" w:val="450"/>
        </w:trPr>
        <w:tc>
          <w:tcPr>
            <w:tcW w:type="dxa" w:w="8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MD-003</w:t>
            </w:r>
          </w:p>
        </w:tc>
        <w:tc>
          <w:tcPr>
            <w:tcW w:type="dxa" w:w="82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Database (MariaDB — ฐานข้อมูล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wms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และ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wms2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)</w:t>
            </w:r>
          </w:p>
        </w:tc>
      </w:tr>
      <w:tr>
        <w:trPr>
          <w:trHeight w:hRule="exact" w:val="464"/>
        </w:trPr>
        <w:tc>
          <w:tcPr>
            <w:tcW w:type="dxa" w:w="8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MD-004</w:t>
            </w:r>
          </w:p>
        </w:tc>
        <w:tc>
          <w:tcPr>
            <w:tcW w:type="dxa" w:w="82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Security Layer (HTTPS/TLS, RBAC, bcrypt Password Hashing)</w:t>
            </w:r>
          </w:p>
        </w:tc>
      </w:tr>
      <w:tr>
        <w:trPr>
          <w:trHeight w:hRule="exact" w:val="450"/>
        </w:trPr>
        <w:tc>
          <w:tcPr>
            <w:tcW w:type="dxa" w:w="8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MD-005</w:t>
            </w:r>
          </w:p>
        </w:tc>
        <w:tc>
          <w:tcPr>
            <w:tcW w:type="dxa" w:w="82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Real-time &amp; Scheduler Services (Node.js, Socket.IO, pm2)</w:t>
            </w:r>
          </w:p>
        </w:tc>
      </w:tr>
      <w:tr>
        <w:trPr>
          <w:trHeight w:hRule="exact" w:val="466"/>
        </w:trPr>
        <w:tc>
          <w:tcPr>
            <w:tcW w:type="dxa" w:w="8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MD-006</w:t>
            </w:r>
          </w:p>
        </w:tc>
        <w:tc>
          <w:tcPr>
            <w:tcW w:type="dxa" w:w="82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2" w:lineRule="exact" w:before="12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Software Components: Git Server (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git@188.166.228.62:nok/wms-app.git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)</w:t>
            </w:r>
          </w:p>
        </w:tc>
      </w:tr>
      <w:tr>
        <w:trPr>
          <w:trHeight w:hRule="exact" w:val="720"/>
        </w:trPr>
        <w:tc>
          <w:tcPr>
            <w:tcW w:type="dxa" w:w="8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MD-007</w:t>
            </w:r>
          </w:p>
        </w:tc>
        <w:tc>
          <w:tcPr>
            <w:tcW w:type="dxa" w:w="82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8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Project Repository (Backup): Git Remote สำรอง (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git@github.com:thanakorninbox-dev/wms-app.git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) และชุดสำรองฐานข้อมูลบนคลาวด์</w:t>
            </w:r>
          </w:p>
        </w:tc>
      </w:tr>
    </w:tbl>
    <w:p>
      <w:pPr>
        <w:autoSpaceDN w:val="0"/>
        <w:autoSpaceDE w:val="0"/>
        <w:widowControl/>
        <w:spacing w:line="268" w:lineRule="exact" w:before="358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ประเภทการบำรุงรักษา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2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ประเภท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ารบำรุงรั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ษา</w:t>
            </w:r>
          </w:p>
        </w:tc>
        <w:tc>
          <w:tcPr>
            <w:tcW w:type="dxa" w:w="59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2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Corrective Maintenance</w:t>
            </w:r>
          </w:p>
        </w:tc>
        <w:tc>
          <w:tcPr>
            <w:tcW w:type="dxa" w:w="59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้อผิดพลาด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(Bug Fix)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Error Log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2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Adaptive Maintenance</w:t>
            </w:r>
          </w:p>
        </w:tc>
        <w:tc>
          <w:tcPr>
            <w:tcW w:type="dxa" w:w="59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ปรับระบบให้รองรับ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Browser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หรือระบบปฏิบัติ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ารรุ่นใหม่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2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Perfective Maintenance</w:t>
            </w:r>
          </w:p>
        </w:tc>
        <w:tc>
          <w:tcPr>
            <w:tcW w:type="dxa" w:w="59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ปรับปรุงประสิทธิภาพและเพิ่ม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วามสามารถตามที่ต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24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Preventive Maintenance</w:t>
            </w:r>
          </w:p>
        </w:tc>
        <w:tc>
          <w:tcPr>
            <w:tcW w:type="dxa" w:w="599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ปรับปรุง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วามปลอดภัย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(Patch Security)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ารสำรอง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/ก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ืน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</w:p>
        </w:tc>
      </w:tr>
    </w:tbl>
    <w:p>
      <w:pPr>
        <w:sectPr>
          <w:headerReference w:type="default" r:id="rId10"/>
          <w:footerReference w:type="default" r:id="rId11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68" w:lineRule="exact" w:before="426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กิจกรรมการบำรุงรักษา (Maintenance Activities)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452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15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รรม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วามถี่</w:t>
            </w:r>
          </w:p>
        </w:tc>
        <w:tc>
          <w:tcPr>
            <w:tcW w:type="dxa" w:w="13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ผู้รับผิดชอบ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15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Error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Log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วิเคราะห์ Log ของแอปพลิเคชันและบริการ Node.js แล้วแก้ไขข้อผิดพลาดที่พบ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รายสัปดาห์</w:t>
            </w:r>
          </w:p>
        </w:tc>
        <w:tc>
          <w:tcPr>
            <w:tcW w:type="dxa" w:w="13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System Admin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15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Patch Security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ปรับปรุงแพตช์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วามปลอดภัย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PHP, MariaDB,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Node.js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และใบรับรอง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TLS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8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รายเดือน หรือเมื่อมี Critical Patch</w:t>
            </w:r>
          </w:p>
        </w:tc>
        <w:tc>
          <w:tcPr>
            <w:tcW w:type="dxa" w:w="13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System Admin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15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Backup &amp; Recovery Test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ตรวจสอบชุดสำรองรายวันและทดสอบ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ืนสู่สภาพ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แวดล้อมทดสอบ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สำรองทุกวัน ทดสอบกู้คืนทุกไตรมาส</w:t>
            </w:r>
          </w:p>
        </w:tc>
        <w:tc>
          <w:tcPr>
            <w:tcW w:type="dxa" w:w="13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System Admin</w:t>
            </w:r>
          </w:p>
        </w:tc>
      </w:tr>
      <w:tr>
        <w:trPr>
          <w:trHeight w:hRule="exact" w:val="718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5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Monitor Uptime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ตรวจสอบความพร้อมใช้งานของเว็บ ฐานข้อมูล และบริการ Node.js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 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นาที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อัตโนมัติ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)</w:t>
            </w:r>
          </w:p>
        </w:tc>
        <w:tc>
          <w:tcPr>
            <w:tcW w:type="dxa" w:w="13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System Admin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15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ำหนดเวลา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ตรวจสอบว่างานสรุปยอดสต๊อ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ก/GL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และงานแจ้งเตือน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ทำงาน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รายวัน</w:t>
            </w:r>
          </w:p>
        </w:tc>
        <w:tc>
          <w:tcPr>
            <w:tcW w:type="dxa" w:w="13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System Admin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</w:t>
            </w:r>
          </w:p>
        </w:tc>
        <w:tc>
          <w:tcPr>
            <w:tcW w:type="dxa" w:w="15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Support &amp;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Training</w:t>
            </w:r>
          </w:p>
        </w:tc>
        <w:tc>
          <w:tcPr>
            <w:tcW w:type="dxa" w:w="3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สนับสนุนผู้ใช้งาน ปรับปรุงคู่มือ และอบรมเมื่อมีการปรับปรุงระบบ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ทุกครั้งที่มี Release ใหม่</w:t>
            </w:r>
          </w:p>
        </w:tc>
        <w:tc>
          <w:tcPr>
            <w:tcW w:type="dxa" w:w="13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Team</w:t>
            </w:r>
          </w:p>
        </w:tc>
      </w:tr>
    </w:tbl>
    <w:p>
      <w:pPr>
        <w:autoSpaceDN w:val="0"/>
        <w:autoSpaceDE w:val="0"/>
        <w:widowControl/>
        <w:spacing w:line="266" w:lineRule="exact" w:before="358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ข้อตกลงระดับการให้บริการ (Service Level Agreement)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12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ระดับปัญหา</w:t>
            </w:r>
          </w:p>
        </w:tc>
        <w:tc>
          <w:tcPr>
            <w:tcW w:type="dxa" w:w="4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ำจำ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</w:t>
            </w:r>
          </w:p>
        </w:tc>
        <w:tc>
          <w:tcPr>
            <w:tcW w:type="dxa" w:w="29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ระยะเวลาแ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12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Incident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Critical</w:t>
            </w:r>
          </w:p>
        </w:tc>
        <w:tc>
          <w:tcPr>
            <w:tcW w:type="dxa" w:w="4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ระบบไม่สามารถใช้งานได้ หรือกระทบความปลอดภัยและความถูกต้องของข้อมูล</w:t>
            </w:r>
          </w:p>
        </w:tc>
        <w:tc>
          <w:tcPr>
            <w:tcW w:type="dxa" w:w="29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ภายใน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ชั่วโมง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12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Major Issue</w:t>
            </w:r>
          </w:p>
        </w:tc>
        <w:tc>
          <w:tcPr>
            <w:tcW w:type="dxa" w:w="4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ฟังก์ชันสำคัญใช้งานไม่ได้ แต่มีทางเลี่ยงชั่วคราว</w:t>
            </w:r>
          </w:p>
        </w:tc>
        <w:tc>
          <w:tcPr>
            <w:tcW w:type="dxa" w:w="29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ภายใน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ชั่วโมง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12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Minor Issue</w:t>
            </w:r>
          </w:p>
        </w:tc>
        <w:tc>
          <w:tcPr>
            <w:tcW w:type="dxa" w:w="4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ปัญหาที่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ระทบ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ารใช้งานเล็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น้อย</w:t>
            </w:r>
          </w:p>
        </w:tc>
        <w:tc>
          <w:tcPr>
            <w:tcW w:type="dxa" w:w="29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ภายใน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3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2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Feature Request</w:t>
            </w:r>
          </w:p>
        </w:tc>
        <w:tc>
          <w:tcPr>
            <w:tcW w:type="dxa" w:w="42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ารเพิ่มเติมนอ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อบเ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ตเดิม</w:t>
            </w:r>
          </w:p>
        </w:tc>
        <w:tc>
          <w:tcPr>
            <w:tcW w:type="dxa" w:w="29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พิจารณาใน Release ถัดไปผ่าน Change Report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แนวทางการแก้ไขและปรับปรุงระบบ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ั้นตอน</w:t>
            </w:r>
          </w:p>
        </w:tc>
        <w:tc>
          <w:tcPr>
            <w:tcW w:type="dxa" w:w="65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ระบุส่วนประ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อบที่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ี่ยว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้อง</w:t>
            </w:r>
          </w:p>
        </w:tc>
        <w:tc>
          <w:tcPr>
            <w:tcW w:type="dxa" w:w="65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้นหา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Manager Class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ที่รับผิดชอบจา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Software Components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่อนแ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หน้าจอ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โดยตรง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ตรวจสอบประวัติ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พร่อง</w:t>
            </w:r>
          </w:p>
        </w:tc>
        <w:tc>
          <w:tcPr>
            <w:tcW w:type="dxa" w:w="65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Correction Register (28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เพื่อไม่ให้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ย้อน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ลับผล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เดิม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ารเปลี่ยนแปลง</w:t>
            </w:r>
          </w:p>
        </w:tc>
        <w:tc>
          <w:tcPr>
            <w:tcW w:type="dxa" w:w="65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หากกระทบขอบเขตหรือ Baseline ที่ส่งมอบแล้ว ต้องจัดทำ Change Report ก่อนดำเนินการ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ปรับปรุงฐาน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</w:p>
        </w:tc>
        <w:tc>
          <w:tcPr>
            <w:tcW w:type="dxa" w:w="65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สะท้อนการเปลี่ยนแปลงโครงสร้างใน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setup.php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และตาราง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schema_migrations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เสมอ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ทดสอบและบันทึ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</w:p>
        </w:tc>
        <w:tc>
          <w:tcPr>
            <w:tcW w:type="dxa" w:w="65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ทดสอบด้วย Test Case ที่เกี่ยวข้อง แล้วบันทึกผลใน Correction Register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</w:t>
            </w:r>
          </w:p>
        </w:tc>
        <w:tc>
          <w:tcPr>
            <w:tcW w:type="dxa" w:w="18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ปรับปรุงชุดสำรอง</w:t>
            </w:r>
          </w:p>
        </w:tc>
        <w:tc>
          <w:tcPr>
            <w:tcW w:type="dxa" w:w="65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6" w:lineRule="exact" w:before="46" w:after="0"/>
              <w:ind w:left="114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ซิงก์การเปลี่ยนแปลงไปยัง Remote สำรอง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git@github.com:thanakorninbox-dev/wms-app.git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56" w:lineRule="exact" w:before="420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2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คุณธนกร สถิตวิทยากุล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Developer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8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คุณนพพงษ์ เจริญสุข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System Analyst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8" w:after="142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MD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intenance-documen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