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06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ณ วันที่กำหนด Baseline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เวลาที่กำหนด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17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ำหนดภายหลัง</w:t>
            </w:r>
          </w:p>
        </w:tc>
      </w:tr>
      <w:tr>
        <w:trPr>
          <w:trHeight w:hRule="exact" w:val="71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ผู้ใช้งานและสิทธิ์ (Identity &amp; Access)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Onboarding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เชิญผู้ใช้และรับ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เพิ่ม/แก้ไข/ปิดใช้ผู้ใช้, กำหนดบทบาทและสิทธิ์การเข้าถึงแอปพลิเคชัน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ตั้งค่าบริษัท (Company Settings)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System Settings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Mail Dispatch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UN03 — ข้อมูลหลัก (Master Data)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/ Storage / Bin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Category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Layer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UN04 — ควบคุมสินค้าคงคลัง (Inventory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Transfer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Label &amp; Scan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Attachment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ารที่รองรับ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6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จัดซื้อ (Purchasing)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UN07 — การเงิน (Finance)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Billing &amp; Payment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บัญชี (Accounting)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51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&amp; Aggregates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7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Reports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UN10 — ควบคุมเอกสาร (Document Control)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  <w:tr>
        <w:trPr>
          <w:trHeight w:hRule="exact" w:val="70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td_* tables, td_bin_log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แจ้งเตือนและงานตามกำหนดเวลา (Notification &amp; Scheduler)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124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UN12 — ความปลอดภัยและการแยกข้อมูล (Security &amp; Tenant Scope)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จำกัดทุก Query และ Action ให้อยู่ในบริษัท/คลังที่ผู้ใช้ได้รับอนุญาต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Manager classes</w:t>
            </w:r>
          </w:p>
        </w:tc>
      </w:tr>
      <w:tr>
        <w:trPr>
          <w:trHeight w:hRule="exact" w:val="124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Lock &amp; Usage Guard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123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ติดตั้งและสำรองข้อมูล (Deployment &amp; Backup)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Schema Installer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35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  <w:tr>
        <w:trPr>
          <w:trHeight w:hRule="exact" w:val="976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docker/</w:t>
            </w:r>
          </w:p>
        </w:tc>
      </w:tr>
      <w:tr>
        <w:trPr>
          <w:trHeight w:hRule="exact" w:val="720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  <w:tr>
        <w:trPr>
          <w:trHeight w:hRule="exact" w:val="974"/>
        </w:trPr>
        <w:tc>
          <w:tcPr>
            <w:tcW w:type="dxa" w:w="1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7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Restore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