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เพื่อแปลงความต้องการของลูกค้าที่ได้รับอนุมัติแล้วให้เป็นความต้องการเชิงเทคนิคของซอฟต์แวร์ ครอบคลุมมาตรฐาน โครงสร้าง ส่วนประกอบ ความสัมพันธ์ ประสิทธิภาพ ส่วนเชื่อมต่อ ความปลอดภัย ฐานข้อมูล และการจัดการข้อผิดพลาด เพื่อใช้เป็นเอกสารอ้างอิงหลักในการออกแบบระบบ พัฒนา 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ความต้องการซอฟต์แวร์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124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 Standards of Software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202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สารให้สอด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และแนวปฏิบัติ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Secure Coding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โนโลยี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(Socket.IO, 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CR04:004, CR12:001</w:t>
            </w:r>
          </w:p>
        </w:tc>
      </w:tr>
      <w:tr>
        <w:trPr>
          <w:trHeight w:hRule="exact" w:val="177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ระบบต้องติดตั้งบน Linux Server ได้ทั้งแบบ Manual (setup.php) และ Docker Compose (php-apache, mariadb, node/pm2)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CR07:001, CR10:001, CR10:002, CR08:001, CR08:002, CR13:003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(PASSWORD_BCRYPT)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(app/config.php, .env)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เว้นจา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Source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ึ้นตอนติดตั้ง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CR06:002, CR09:002, CR10:003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 Software Structure Considerations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แบบหลายหน้า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(Multi-page PHP)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ส่วนติดต่อผู้ใช้ต้องเป็น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/ Tablet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Mobile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CR05:001, CR07:003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ะทางธุร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ิจต้องจัดเป็น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Manager/Service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Page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ในหน้าเพจ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ระบบต้องติดตั้งเป็น Container Stack ผ่าน Docker Compose ได้ นอกเหนือจากการติดตั้งแบบ 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 Software Elements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โมดูลผู้ใช้งานและสิทธิ์: ลงทะเบียน, Onboarding, เข้าสู่ระบบ, บทบาท Owner/Admin/Staff/Viewer, สิทธิ์แอปพลิเคชัน (app/login/, UserManager, PasswordManager, PasswordResetManager)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โมดูลตั้งค่าบริษัท: ข้อมูลบริษัท, SMTP, การตั้งค่าระบบ (app/setting/, CompanyProfileManager, CompanySettingManager, SmtpManager)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CR03:005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โมดูลข้อมูลหลัก: คลังสินค้า, พื้นที่/ช่องจัดเก็บ, หมวดสินค้า, สินค้า, ผู้ติดต่อ (app/inventory/, app/contact/, WarehouseManager, ProductManager, ContactManager)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CR01:006</w:t>
            </w:r>
          </w:p>
        </w:tc>
      </w:tr>
      <w:tr>
        <w:trPr>
          <w:trHeight w:hRule="exact" w:val="122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โมดูลควบคุมสินค้าคงคลัง: รับเข้า, จ่ายออก, โอนย้าย, Lot/Serial/Expiry, บาร์โค้ด, แนบไฟล์ (app/ics/, StockManager, StockSourceManager, BarcodeManager, FileUploader)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</w:tr>
      <w:tr>
        <w:trPr>
          <w:trHeight w:hRule="exact" w:val="99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(app/order/,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QuotationManager, OrderManager, InvoiceManager,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โมดูลจัดซื้อ: ใบขอซื้อ, ใบสั่งซื้อ, ใบแจ้งหนี้ซื้อ, ใบคืนสินค้าผู้ขาย (app/po/, PurchaseRequestManager, PurchaseOrderManager, SupplierReturnManager)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SR03:007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(app/finance/,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ReceiptBillingManager, ReceiptManager, PaymentBillingManager,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PaymentManager)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SR03:008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โมดูลบัญชี: ผังบัญชี, แผนก, สูตรบัญชี, สมุดรายวัน, บัญชีแยกประเภท (app/accounting/, app/journal/, PostingManager)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โมดูลรายงานและแดชบอร์ด: รายงานสต๊อก, รายงานการเงิน, แดชบอร์ด (app/reports/, app/dashboard/, app/ac_dashboard/, ReportManager, EtlStockManager)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CR01:011, CR01:017, CR01:020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SR03:010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โมดูลควบคุมเอกสาร: ออกเลขที่เอกสาร, วงจรชีวิต/สถานะ, ประวัติรายการ (DocumentNumberManager, BatchActionManager)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(nodejs/server.js, nodejs/scheduler.js, app/cron/)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CR01:022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 Software Elements Relationship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ารยืนยันตัวตนและ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CR01:002, CR01:024, CR04:003, CR05:002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โมดูลขาย จัดซื้อ และการเงิน ต้องบันทึกผลกระทบต่อสต๊อกและ GL ผ่านโมดูลคลังสินค้าและบัญชี ไม่ทำซ้ำตรรกะ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70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โมดูลรายงานต้องอ่าน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CR01:024, CR08:004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ต้องรับเหตุ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CR03:003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โมดูลที่สร้างเอ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สารเพื่อออ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 Performance Characteristics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ต้องเสร็จภายในเวลาที่ใช้งานได้จริง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ยอดสรุปสต๊อก/GL/แดชบอร์ดต้องคำนวณล่วงหน้าตามกำหนดเวลา (etl_stock_summary, etl_gl_summary)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CR02:002, CR01:022, CR08:005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 Health Check ทุก 5 นาที และแจ้งเตือนผู้ดูแลเมื่อล้มเหลวติดต่อกัน 2 ครั้ง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 Software Interfaces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ต้องเชื่อมต่อฐานข้อมูล MariaDB 2 ฐาน: wms (ผู้ใช้/บริษัท) และ wms2 (คลัง/บัญชี)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Chrome, Edge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Firefox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รุ่นปัจจุบัน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Mobile/Tablet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UI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ต้องส่งเหตุการณ์ไป Node.js ผ่าน HTTP Endpoint ภายใน (NODE_EMIT_URL + NODE_EMIT_SECRET) และส่งอีเมลผ่าน SMTP ต่อบริษัท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CR03:003, CR03:005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(NODE_PUBLIC_URL)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</w:tr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 Security Characteristics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CR06:003, CR14:004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ที่ใช้งานอยู่เพียงหนึ่งต่อบัญชี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Concurrent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ทั้งด้านรับ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RBAC (Owner/Admin/Staff/Viewer) ต้องบังคับใช้ที่ฝั่งเซิร์ฟเวอร์ ไม่ใช่เพียงการซ่อนเมนู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 Database Design Requirements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wms: user, company_list, company_map_user,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company_setting, company_smtp, company_usage, whitelist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ตารางข้อมูลหลัก (wms2): md_warehouse, md_storage, md_bin, md_product, md_product_category, md_contact, md_contact_type, md_account, md_account_formula, md_account_formula_item, md_department, md_barcode, md_sku_barcode_label, md_lot, md_lock_operation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CR01:010, CR01:016</w:t>
            </w:r>
          </w:p>
        </w:tc>
      </w:tr>
      <w:tr>
        <w:trPr>
          <w:trHeight w:hRule="exact" w:val="177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6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ตารางรายการ (td_*): td_stock, td_order/_item, td_quotation/_item, td_invoice/_item, td_return/_item, td_purchase_request/_item, td_purchase_order/_item, td_supplier_return/_item, td_receipt/_item, td_receipt_billing/_item, td_payment/_item, td_payment_billing/_item, td_gl/td_gl_item, td_batch_action, td_bin_log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ตารางสรุปยอดและควบคุมเอกสาร: etl_stock_summary, etl_gl_summary, document_number_sequences, document_types, schema_migrations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CR01:022, CR09:004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ตารางทั้งหมดต้องสร้างซ้ำได้ในสภาพแวดล้อมใหม่ผ่าน setup.php โดยไม่ต้องแก้ Schema ด้วยมือ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CR10:001, CR09:004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 Error Handling and Recovery Attributes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การลบ ยกเลิก หรือ Void เอกสารควบคุมต้องมี Confirm Dialog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CR05:004, 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CR05:003, CR13:004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การเปลี่ยนแปลงที่เกี่ยวข้องกัน (เอกสาร + สต๊อก + GL) ต้องเป็น Transaction และป้องกันยอดติดลบ/ซ้ำ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6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CR13:001, CR13:002, CR01:008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86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ช่อง Remark แสดงรหัสความต้องการของลูกค้า (Customer Requirements) ที่เป็นที่มาของความต้องการซอฟต์แวร์แต่ละรายการ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ความต้องการซอฟต์แวร์ที่ไม่มีที่มาจากความต้องการของลูกค้าต้องผ่าน Change Report ก่อนถือเป็นข้อผูกพัน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