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Configuration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Version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1 (วางแผนโครงการ)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0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288" w:right="288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2 (พัฒนาและทดสอบ)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 BRN WMS ที่ผ่านการทดสอบ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72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เอกสารส่งมอบครั้งที่ 3 (ส่งมอบและปิดโครงการ)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Acceptance Report</w:t>
            </w:r>
          </w:p>
        </w:tc>
        <w:tc>
          <w:tcPr>
            <w:tcW w:type="dxa" w:w="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1.0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Configuration Item ของซอฟต์แวร์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 PHP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main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package.json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package-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lock.json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ไม่รวม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app/config.php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บนเครื่องที่ติดตั้ง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ไม่ควบคุมใน Git สร้างขึ้นตอนติดตั้งด้วย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docker/init-env.sh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(Markdown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ต้นฉบับ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(PDF)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6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scripts/build-sdlc-delivery.sh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การควบคุมเวอร์ชันและการเข้าถึง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(backup)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เป็น Baseline ที่ควบคุม</w:t>
            </w:r>
          </w:p>
        </w:tc>
      </w:tr>
      <w:tr>
        <w:trPr>
          <w:trHeight w:hRule="exact" w:val="450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2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การเชื่อมโยงกับการเปลี่ยนแปลง</w:t>
      </w:r>
    </w:p>
    <w:p>
      <w:pPr>
        <w:autoSpaceDN w:val="0"/>
        <w:autoSpaceDE w:val="0"/>
        <w:widowControl/>
        <w:spacing w:line="308" w:lineRule="exact" w:before="124" w:after="0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 Configuration Item ต้องพิจารณาตามเกณฑ์ใน Change Report และการแก้ไขข้อบกพร่องต้องบันทึกใน Correction Register (ISS-001–ISS-028) โดยทุกรายการเชื่อมโยงกับ Commit ที่ตรวจสอบได้ใน Repository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nfigurati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