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7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Charter Report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4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25690123 V1.0 YaB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(Project Charter)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Prepared by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ข้อมูลโครงการ (Project Information)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รหัสโ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200-WMS-26-001-00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วันที่เริ่มโ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(232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 (ApS)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4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ผู้อนุมัติโ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 (Project Sponsor)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วัตถุประสงค์ของโครงการ (Project Objectives)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โครงการพัฒนาระบบบริหารจัดการคลังสินค้าของ บริษัท บี.อาร์.เอ็น เอ็นเตอร์ไพรส์ จำกัด จัดทำขึ้นเพื่อรวมศูนย์การจัดการคลังสินค้า เชื่อมโยงกับงานขาย งานจัดซื้อ และงานบัญชี ให้ครบวงจร โดยมีวัตถุประสงค์ดังนี้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วัตถุประสง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(Objective)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(Description)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รวมศูนย์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ารบริหาร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ทดแทนการบันทึกที่กระจายอยู่หลายระบบ ให้ยอดสินค้าคงคลังถูกต้องและตรวจสอบได้จากแหล่งเดียว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รองรับหลายบริษัทและหลาย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องผู้ใช้แต่ละรายให้อยู่ในบริษัทและ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ลังที่ได้รับสิทธิ์</w:t>
            </w:r>
          </w:p>
        </w:tc>
      </w:tr>
      <w:tr>
        <w:trPr>
          <w:trHeight w:hRule="exact" w:val="464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เชื่อมโยงงานปฏิบัติ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ับงานบัญชี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ลื่อนไหว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ายและงานจัดซื้อบันทึ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บัญชีที่เ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ี่ยว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้องโดยอัตโนมัติ</w:t>
            </w:r>
          </w:p>
        </w:tc>
      </w:tr>
      <w:tr>
        <w:trPr>
          <w:trHeight w:hRule="exact" w:val="72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วามสามารถใน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ารตรวจสอบย้อน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ควบคุมเลขที่เอกสาร สถานะ และประวัติรายการ พร้อมติดตาม Lot, Serial Number และวันหมดอายุ</w:t>
            </w:r>
          </w:p>
        </w:tc>
      </w:tr>
      <w:tr>
        <w:trPr>
          <w:trHeight w:hRule="exact" w:val="450"/>
        </w:trPr>
        <w:tc>
          <w:tcPr>
            <w:tcW w:type="dxa" w:w="28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ให้ติดตั้งและดูแลรั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ษาได้อย่างเป็นระบบ</w:t>
            </w:r>
          </w:p>
        </w:tc>
        <w:tc>
          <w:tcPr>
            <w:tcW w:type="dxa" w:w="62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มีขั้นตอนติดตั้ง ตั้งค่า สำรอง และกู้คืนที่ทำซ้ำได้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ขอบเขตของงาน (Scope of Work)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Name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ารผู้ใช้งานและสิทธิ์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Identity, Role and Application-Access Management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(Master Data)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Master Data Management (Warehouse, Product, Contact)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(Inventory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Control)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08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Inventory Control (Stock in/out/transfer, Lot, Serial, Expiry,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Barcode)</w:t>
            </w:r>
          </w:p>
        </w:tc>
      </w:tr>
      <w:tr>
        <w:trPr>
          <w:trHeight w:hRule="exact" w:val="46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(Sales)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Sales (Quotation, Order, Invoice, Return, Credit Note)</w:t>
            </w:r>
          </w:p>
        </w:tc>
      </w:tr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(Purchasing)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Purchasing (Request, Order, Invoice, Supplier Return)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(Finance)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Finance (Receipt Billing, Receipt, Payment Billing, Payment)</w:t>
            </w:r>
          </w:p>
        </w:tc>
      </w:tr>
      <w:tr>
        <w:trPr>
          <w:trHeight w:hRule="exact" w:val="70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(Accounting)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08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Accounting (Chart of Accounts, Department, Journal, General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Ledger)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ระบบรายงานและแดชบอร์ด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Reporting and Dashboard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9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Numbering and Lifecycle Control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Notification and Scheduled Job (Node.js, Socket.IO)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11</w:t>
            </w:r>
          </w:p>
        </w:tc>
        <w:tc>
          <w:tcPr>
            <w:tcW w:type="dxa" w:w="31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52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Deployment and Configuration (Manual / Docker Compose)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สรุปชื่อผู้มีส่วนได้ส่วนเสียหลัก (Key Stakeholders)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ชื่อย่อ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(Role)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วามรับผิดชอบหลั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อนุมัติเอกสารโครงการและงบประมาณ ตรวจรับส่งมอบ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บริหารแผนโ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คุณนพพงษ์ เจริญสุข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System Analyst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ราะห์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ารและออ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พัฒนาระบบและดูแล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คุณปริญ งามขำ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PaNg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QA/Tester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ุณภาพ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YaB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9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สารและหลั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แผนระยะเวลาโครงการ (Project Timeline)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610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04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Initiation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19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5 มกราคม 2569 – 23 มกราคม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Kick-off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Project Charter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Planning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38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576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12 มกราคม 2569 – 18 กุมภาพันธ์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Customer Requirements, Software Project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Plan, Work Schedule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Phase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610" w:right="0" w:hanging="39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Duration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(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)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ช่วงเวลา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(Date)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หมายเหตุ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Execution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100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กุมภาพันธ์ 2569 – 29 พฤษภาคม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พัฒนาระบบและจัดทำเอ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สารออ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แบบ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Verification &amp;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Validation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80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30 พฤษภาคม 2569 – 17 สิงหาคม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ตรวจสอบเอกสาร ทดสอบระบบ และ UAT</w:t>
            </w:r>
          </w:p>
        </w:tc>
      </w:tr>
      <w:tr>
        <w:trPr>
          <w:trHeight w:hRule="exact" w:val="720"/>
        </w:trPr>
        <w:tc>
          <w:tcPr>
            <w:tcW w:type="dxa" w:w="17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Close</w:t>
            </w:r>
          </w:p>
        </w:tc>
        <w:tc>
          <w:tcPr>
            <w:tcW w:type="dxa" w:w="10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4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38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สิงหาคม 2569 – 24 สิงหาคม 2569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อบรม ปิดงานควบคุมปฏิบัติการ และปิดโครงการ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หลักไมล์และเกณฑ์ความสำเร็จ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ไมล์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วามสำเร็จ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ฎบัตรโ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อนุมัติขอบเขตและวัตถุประสงค์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 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วามต้อง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18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ุมภาพันธ์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อนุมัติ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Customer Requirements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และแผนงาน</w:t>
            </w:r>
          </w:p>
        </w:tc>
      </w:tr>
      <w:tr>
        <w:trPr>
          <w:trHeight w:hRule="exact" w:val="466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ารพัฒนา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พฤษภา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พัฒนา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โมดูลตาม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ทดสอบระบบและ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 – 14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UAT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ตรวจรับส่งมอบ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ลงนามตรวจรับสิ่งส่งมอบ</w:t>
            </w:r>
          </w:p>
        </w:tc>
      </w:tr>
      <w:tr>
        <w:trPr>
          <w:trHeight w:hRule="exact" w:val="450"/>
        </w:trPr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0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2569</w:t>
            </w:r>
          </w:p>
        </w:tc>
        <w:tc>
          <w:tcPr>
            <w:tcW w:type="dxa" w:w="382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ปิดโ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ารอย่างเป็นทาง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charter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