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 (Change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Change Report 25690817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(12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25690429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25690529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25690803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Minutes Of Meeting 25690824 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 (SRS)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52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Case and Test Procedures 25690731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0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00" w:after="203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Git Repository</w:t>
      </w: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