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Verification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Results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4 (17 สิงหาคม 2569)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7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User Acceptance Test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สารส่งมอบทั้งหมด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16:00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4 ใช้เวลา 6 ชั่วโมง (09:00 – 16:00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Project Plan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Requirements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and Test Procedures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ารทดสอบพร้อมใช้งานจริง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 Software Project Plan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VR04.010.001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VR04.010.002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Run Version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ต้องและสัมพันธ์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ับชื่อไฟล์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ระบุเวอร์ชันและวันที่ตรง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ับชื่อไฟล์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VR04.010.003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ระบุรายละเอียดหัวข้อ 1 Manufacture, 2 Overview, 3 Goals and Scope ครบถ้วน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VR04.010.004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มีรายการสิ่งส่งมอบและรหัสครบ 11 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VR04.010.005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มีข้อมูลผู้รับผิดชอบครบทั้ง 6 บทบาท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VR04.010.006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Project Estimate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Resources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มีปริมาณงานและทรัพยา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VR04.010.007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27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รรมพร้อมราย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VR04.010.008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วามเสี่ยง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R1–R8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พร้อมแนวทาง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VR04.010.009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10 Contingency Actions ระบุแผนรองรับกรณีงานไม่แล้วเสร็จ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VR04.010.010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 Customer Requirements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VR04.020.001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VR04.020.002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ารแต่ละราย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CR01–CR14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VR04.020.003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VR04.020.004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VR04.020.005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ลงชื่อผู้จัดทำและผู้อนุมัติซึ่งเป็นฝ่าย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้าเรียบร้อย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 Software Requirements</w:t>
            </w:r>
          </w:p>
        </w:tc>
      </w:tr>
      <w:tr>
        <w:trPr>
          <w:trHeight w:hRule="exact" w:val="70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VR04.030.001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VR04.030.002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ารซอฟต์แวร์ลงใน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VR04.030.003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VR04.030.004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VR04.030.005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Remark ระบุความสัมพันธ์กับ CR ครบถ้วน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VR04.030.006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 Software Design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VR04.040.001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VR04.040.002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VR04.040.003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หน้าจอที่จะใช้ในระบบ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228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VR04.040.004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VR04.040.005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VR04.040.006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VR04.040.007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ระบุ References ที่สัมพันธ์กับ SR ครบถ้วน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VR04.040.008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 Change Report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VR04.050.001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VR04.050.002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ารพิจารณาว่าราย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VR04.050.003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ารปรับปรุงที่เสนอได้รับ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VR04.050.004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 Test Case and Test Procedures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VR04.060.001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VR04.060.002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ารทดสอบพร้อมรหัสเรียงลำดับ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VR04.060.003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VR04.060.004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้อมูลนำเ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้าอย่างชัดเจน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VR04.060.005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าดหวังอย่างชัดเจน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28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VR04.060.006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Environment Needs, Special Procedural Required และ Intercase Dependency ระบุตามความจำเป็น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VR04.060.007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VR04.060.008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 Validation Results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VR04.070.001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VR04.070.002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 Customer Requirements เป็นตัวตั้งของการทดสอบการยอมรับ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ครอบคลุมครบ 14 หมวด 80 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VR04.070.003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องแต่ละ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VR04.070.004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VR04.070.005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ลงชื่อผู้ทดสอบฝ่ายลู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้าเรียบร้อย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 Software User Document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VR04.080.001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VR04.080.002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เนื้อหา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งานที่ส่งมอบ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VR04.080.003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ใช้ถ้อย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ต้องและสอด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หน้าจอจริง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ตรวจสอบแล้วสอด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VR04.080.004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9.0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ารทดสอบพร้อมใช้งานจริง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VR04.090.001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ระบบติดตั้งและใช้งานได้บนสภาพ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ติดตั้งสำเร็จและใช้งานได้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VR04.090.002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จัดเก็บใน Repository พร้อมชุดสำรอง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และสำรอง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VR04.090.003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ผลการทดสอบระบบผ่านครบทุก Test Case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48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 Product Operation Guide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VR04.100.001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VR04.100.002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มีทั้งแบบ Container และแบบ Manual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VR04.100.003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ระบุการเฝ้าระวัง การสำรอง และการกู้คืนข้อมูล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มีครบถ้วนพร้อมผลการทดสอบกู้คืน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VR04.100.004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 Maintenance Document</w:t>
            </w:r>
          </w:p>
        </w:tc>
      </w:tr>
      <w:tr>
        <w:trPr>
          <w:trHeight w:hRule="exact" w:val="70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VR04.110.001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VR04.110.002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ระบุขอบเขต ประเภท และกิจกรรมการบำรุงรักษาครบถ้วน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VR04.110.003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ระบุข้อตกลงระดับการให้บริการ (SLA)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SLA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VR04.110.004</w:t>
            </w:r>
          </w:p>
        </w:tc>
        <w:tc>
          <w:tcPr>
            <w:tcW w:type="dxa" w:w="2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6" w:lineRule="exact" w:before="30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รอบตรวจสอบนี้เป็นรอบสุดท้ายก่อนส่งมอบ ครอบคลุมสิ่งส่งมอบทั้งหมด 11 รายการ ผลการตรวจสอบผ่านทุกรายการ จึงเห็นควรให้ดำเนินการตรวจรับส่งมอบระบบตามที่บันทึกใน Acceptance Report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