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Test Case and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Procedures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7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25690731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สารแสดงตัวอย่างชุด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้อมูลที่ใช้ทดสอบ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คุณปริญ งามขำ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เพื่อกำหนด Test Case ที่ใช้ตรวจสอบการทำงานของระบบ (Verification &amp; Validation) และยืนยันว่าฟังก์ชันที่พัฒนามีความถูกต้องตรงตาม Customer Requirements (CR) และ Software Requirements (SR)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สภาพแวดล้อมการทดสอบ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</w:p>
        </w:tc>
        <w:tc>
          <w:tcPr>
            <w:tcW w:type="dxa" w:w="3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</w:t>
            </w:r>
          </w:p>
        </w:tc>
        <w:tc>
          <w:tcPr>
            <w:tcW w:type="dxa" w:w="3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</w:tr>
      <w:tr>
        <w:trPr>
          <w:trHeight w:hRule="exact" w:val="720"/>
        </w:trPr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Case</w:t>
            </w:r>
          </w:p>
        </w:tc>
        <w:tc>
          <w:tcPr>
            <w:tcW w:type="dxa" w:w="3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Internal Testing Server (PHP 8, MariaDB,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Node.js)</w:t>
            </w:r>
          </w:p>
        </w:tc>
        <w:tc>
          <w:tcPr>
            <w:tcW w:type="dxa" w:w="3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 (QA/Tester)</w:t>
            </w:r>
          </w:p>
        </w:tc>
      </w:tr>
      <w:tr>
        <w:trPr>
          <w:trHeight w:hRule="exact" w:val="720"/>
        </w:trPr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ทดสอบการยอมรับ (UAT)</w:t>
            </w:r>
          </w:p>
        </w:tc>
        <w:tc>
          <w:tcPr>
            <w:tcW w:type="dxa" w:w="3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สภาพแวดล้อมใช้งานจริง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3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 / ตัวแทนลูกค้า)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การทดสอบระบบดำเนินการบน Internal Testing Server จึงสามารถทดสอบกรณีที่มีความเสี่ยงสูง เช่น การจำลองความล้มเหลวและ Rollback (TC-UN08.002) ได้โดยไม่กระทบข้อมูลของลูกค้า รอบทดสอบระบบกำหนดไว้ระหว่าง 10 สิงหาคม 2569 – 14 สิงหาคม 2569 และผลการทดสอบบันทึกใน Test Report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 Test Case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72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Output Specifications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Test 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UN01.001 Identity – Register &amp; Onboarding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ลงทะเบียนเจ้าของบริษัทใหม่ → ยืนยันอีเมล → เชิญผู้ใช้ → ผู้ใช้กดลิงก์เชิญ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สร้างบริษัท/บัญชีเจ้าของสำเร็จ ผู้ใช้ที่ถูกเชิญเข้าบริษัทที่ถูกต้อง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SMTP ทดสอบ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ต้องส่งอีเมลได้จริง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16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78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UN01.002 Identity – Login &amp; Role Guard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เข้าสู่ระบบด้วยบัญชี Owner/Admin/Staff/Viewer แล้วเรียกหน้าและ Action ที่ไม่ได้รับสิทธิ์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แต่ละบทบาทเข้าถึงได้เฉพาะหน้าจอ/คำสั่งที่อนุญาต คำสั่งที่ไม่ได้รับสิทธิ์ถูกปฏิเสธฝั่งเซิร์ฟเวอร์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ต้องมีบัญชีทดสอบครบ 4 บทบาท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TC-UN01.001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UN01.003 Identity – Password Recovery / OTP / Session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ขอรีเซ็ตรหัสผ่าน → กรอก OTP → ตั้งรหัสใหม่; เข้าสู่ระบบบัญชีเดิมจาก 2 อุปกรณ์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รีเซ็ตสำเร็จโดยไม่เปิดเผยรหัสผ่านเดิม Session ที่สองถูกปฏิเสธ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SMTP ทดสอบ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TC-UN01.004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UN01.004 Identity – User &amp; App-Access Administration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Admin เพิ่มผู้ใช้ เปลี่ยนบทบาท และปิดสิทธิ์แอปพลิเคชัน; Staff ลองทำรายการเดียวกัน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Admin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Staff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TC-UN02.001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UN02.001 Company – Profile &amp; System Settings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่าระบบ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70" w:right="236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่าใหม่ถู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และมีผล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นั้นเท่านั้น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UN02.002 Company – SMTP &amp; Mail Dispatch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ตั้งค่า SMTP แล้วส่งอีเมลทดสอบ/คำเชิญ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อีเมลถูกส่งผ่าน SMTP ของบริษัทและได้รับที่ปลายทาง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SMTP ทดสอบ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ต้องมีบัญชี SMTP ทดสอบ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TC-UN02.001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7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TC-UN03.001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UN03.001 Master – Warehouse / Storage / Bin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เพิ่ม/แก้ไข/ปิดใช้ คลังสินค้า พื้นที่ และช่องจัดเก็บ; กรอกความจุไม่ถูกต้อง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รายการถูกต้องถูกบันทึก ข้อมูลผิดถูกปฏิเสธพร้อมข้อความ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UN03.002 Master – Product &amp; Category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เพิ่มหมวดสินค้าและสินค้าพร้อมหน่วยนับ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สินค้าแสดงในรายการและเลือกใช้ในรายการสต๊อกได้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Output Specifications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Test 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9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UN03.003 Master – Contact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เพิ่มประเภทผู้ติดต่อ ลูกค้า และผู้ขาย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ผู้ติดต่อเลือ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ซื้อได้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10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TC-UN03.004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UN03.004 Master – Warehouse Layer Configuration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ตั้งบริษัท A เป็นคลังชั้นเดียว บริษัท B เป็นคลัง/พื้นที่/ช่อง แล้วรับสินค้าเข้า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ทั้งสองบริษัททำรายการได้ถูกต้องตามโครงสร้างของตน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2 บริษัททดสอบ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TC-UN03.001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UN04.001 ICS – Stock-in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รับสินค้าเข้า ระบุสินค้า จำนวน ตำแหน่ง เอกสารอ้างอิง; กรอกจำนวนติดลบ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สร้างความเคลื่อนไหวและยอดคงเหลือถูกต้อง จำนวนติดลบถูกปฏิเสธ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TC-UN03.002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UN04.002 ICS – Stock-out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22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จ่ายสินค้าออกภายในยอดคงเหลือ และจ่ายเกินยอด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ยอดลดลงถูกต้อง การจ่ายเกินยอดถูกปฏิเสธ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TC-UN04.001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TC-UN04.003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UN04.003 ICS – Stock Transfer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โอนย้ายระหว่าง 2 ตำแหน่งที่ได้รับอนุญาต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ต้นทางลด ปลายทางเพิ่ม ผูกเป็นรายการโอนเดียวและสอบกลับได้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TC-UN04.001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TC-UN04.004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UN04.004 ICS – Lot / Serial / Expiry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รับสินค้าเข้าพร้อม Lot, Serial Number, วันหมดอายุ แล้วเปิดรายงาน Lot/หมดอายุ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0" w:right="114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้อมูลติดตาม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งอยู่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และแสดงในรายงาน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TC-UN04.001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16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UN04.005 ICS – Barcode Label &amp; Scan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พิมพ์ฉลาก SKU/ตำแหน่ง แล้วสแกน (หรือป้อนค่า) ในหน้าจอรับเข้า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ฉลากมีรหัสที่ใช้งานได้ ค่าที่สแกนถูกยอมรับ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เครื่องสแกนหรือจำลอง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เครื่องพิมพ์/สแกน (ถ้ามี)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TC-UN03.002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16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16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TC-UN04.006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UN04.006 ICS – File Attachment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แนบไฟล์ที่อนุญาตและไฟล์ที่ไม่อนุญาตกับรายการ; ผู้ใช้บริษัทอื่นเรียกดู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ไฟล์ที่อนุญาตอัปโหลด/เรียกดูได้เฉพาะผู้มีสิทธิ์ ไฟล์ที่ไม่อนุญาตถูกปฏิเสธ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เตรียมไฟล์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ตัวอย่าง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TC-UN03.002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16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17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TC-UN05.001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UN05.001 Sales – Quotation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สร้างใบเสนอราคาให้ลูกค้าและแปลงเป็นใบสั่งขาย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ใบสั่งขายถูกสร้างพร้อมอ้างอิงใบเสนอราคา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TC-UN03.003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Output Specifications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Test 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18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TC-UN05.002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UN05.002 Sales – Sales Order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ยืนยันใบสั่ง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สถานะเปลี่ยนตามที่อนุญาตและตัดสต๊อกถูกต้อง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TC-UN05.001, TC-UN04.001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19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UN05.003 Sales – Invoice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ใบแจ้งหนี้ได้เลขที่เอกสารและบันทึก GL สมดุล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TC-UN05.002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20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TC-UN05.004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UN05.004 Sales – Return / Credit Note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ลดหนี้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8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ลับและ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บัญชีปรับตามใบลด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หนี้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TC-UN05.003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TC-UN06.001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UN06.001 Purchasing – Purchase Request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สร้างและอนุมัติใบ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อซื้ออยู่ใน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สถานะอนุมัติ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TC-UN03.003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TC-UN06.002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UN06.002 Purchasing – Purchase Order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แปลงใบ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อซื้อเป็นใบสั่ง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ซื้อ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ใบสั่งซื้อถู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พร้อมอ้างอิงใบ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ซื้อ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TC-UN06.001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UN06.003 Purchasing – Purchase Invoice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ใบแจ้งหนี้ซื้อและ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รับสิน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สต๊อกเพิ่มและ GL บันทึกสมดุล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TC-UN06.002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16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TC-UN06.004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UN06.004 Purchasing – Supplier Return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้าให้ผู้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ลดและบัญชี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ปรับตามใบ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TC-UN06.003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16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TC-UN07.001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UN07.001 Finance – Receipt Billing &amp; Receipt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วางบิลรับและบันทึ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เสร็จรับเงิน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ับใบแจ้งหนี้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ยอดค้างชำระลดลง เอกสารเชื่อมโยงกันและมีประวัติ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TC-UN05.003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16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26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TC-UN07.002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UN07.002 Finance – Payment Billing &amp; Payment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4" w:right="12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วางบิลจ่ายและบันทึ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ัญจ่าย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ับใบแจ้งหนี้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ซื้อ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ยอดค้างจ่ายลดลง เอกสารเชื่อมโยงกันและมีประวัติ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TC-UN06.003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Output Specifications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Test 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27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TC-UN08.001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UN08.001 Accounting – Chart of Accounts / Departments / Formulas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เพิ่มผังบัญชี แผนก และสูตรบัญชี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รงสร้างบัญชีถู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และใช้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ารได้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TC-UN01.004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28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UN08.002 Accounting – Journal &amp; GL Posting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บันทึกสมุดรายวันแบบสมดุลและแบบไม่สมดุล; จำลองความล้มเหลวระหว่างผ่านรายการ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รายการสมดุลถูกผ่าน GL รายการไม่สมดุลถูกปฏิเสธ ความล้มเหลวถูก Rollback ทั้งชุด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ต้องจำลองความล้มเหลวบน Testing Server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TC-UN08.001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29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UN09.001 Reports – Dashboard &amp; Aggregates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เปิดแดชบอร์ดคลังสินค้าและบัญชีหลังรันงานสรุปยอด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ตัวเลขตรงกับตารางสรุปยอดและแสดงผลภายในเวลาที่ใช้งานได้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TC-UN11.002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30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10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UN09.002 Reports – Stock Reports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เปิดรายงานภาพรวมสต๊อก ความเคลื่อนไหว ความจุ สินค้าใกล้หมด หมดอายุ และ Lot พร้อมตัวกรอง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รายงานแสดง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ที่ได้รับสิทธิ์ตามตัว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รอง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TC-UN04.001–TC-UN04.004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TC-UN09.003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UN09.003 Reports – Financial Reports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เปิดงบทดลอง งบกำไรขาดทุน งบดุล VAT สมุดรายวัน และความเคลื่อนไหว GL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ยอดรวมสอด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ันในงวดที่เลือ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TC-UN08.002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TC-UN09.004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UN09.004 Reports – Filter / Print / Export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กรอง ดู พิมพ์ และส่งออกรายงาน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ผลลัพธ์ตรง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ตและตัว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รองที่เลือ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TC-UN09.002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16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TC-UN10.001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UN10.001 Document – Numbering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หลายฉบับติดต่อ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204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เลขที่เอกสารเรียงตามลำดับที่ตั้งค่า ไม่ซ้ำ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TC-UN05.001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16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UN10.002 Document – Lifecycle &amp; Status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พยายามเปลี่ยนสถานะเอกสารข้ามขั้น; ลบเอกสารควบคุม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การเปลี่ยนสถานะที่ไม่ถูกต้องถูกปฏิเสธพร้อมข้อความ การลบต้องยืนยันก่อน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TC-UN10.001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16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TC-UN10.003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UN10.003 Document – Audit Fields &amp; History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สร้างแล้วแก้ไขรายการ แล้วเปิดดูประวัติ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ผู้สร้าง ผู้แก้ไข วันที่ และสถานะถูกบันทึกครบ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TC-UN03.002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Output Specifications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Test 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36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UN11.001 Node – Socket.IO Notification Server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เปลี่ยนสถานะเอกสารที่ต้องแจ้งเตือน; เรียก Endpoint แจ้งเตือนโดยไม่มี Secret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ผู้ใช้ที่เกี่ยวข้องได้รับแจ้งเตือน Real-time เท่านั้น การเรียกโดยไม่มี Secret ถูกปฏิเสธ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Node.js + pm2,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บริการ Node.js ทำงานอยู่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37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UN11.002 Node – Scheduler (ETL &amp; Alerts)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รันงานสรุปยอดสต๊อก/GL และแจ้งเตือนสินค้าใกล้หมด/ใบแจ้งหนี้ค้างชำระ; ตรวจเวลาบันทึกเทียบ Asia/Bangkok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งานเสร็จโดยไม่ซ้ำ ผลลัพธ์อยู่ในขอบเขตสิทธิ์ เวลาถูกต้องตามเขตเวลา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Node.js + pm2, Internal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Scheduler ทำงานอยู่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TC-UN04.001, TC-UN07.001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38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UN12.001 Security – Tenant Scope Guard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ผู้ใช้บริษัท A เรียกข้อมูล/รายการของบริษัท B และคลังที่ไม่ได้รับสิทธิ์ ทั้งผ่าน UI และ URL/ API โดยตรง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ถูกปฏิเสธทุกช่องทาง ไม่มีข้อมูลรั่วไหลหรือถูกแก้ไข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2 บริษัททดสอบ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TC-UN01.002, TC-UN03.001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39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UN12.002 Security – Server-side Validation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ส่งข้อมูลนำเข้าที่มี SQL/Script และค่าที่ไม่ถูกต้องไปยัง Action ฝั่งเซิร์ฟเวอร์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ถูกปฏิเสธหรือ Escape โดยไม่มีข้อมูลเปลี่ยนแปลงหรือ Script ทำงาน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เครื่องมือทดสอบ API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40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TC-UN12.003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UN12.003 Security – Operation Lock &amp; Usage Guard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258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ารในงวดที่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ล็อ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ทำราย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วตาบริษัท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TC-UN08.002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TC-UN12.004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UN12.004 Security – TLS &amp; Secret Configuration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Repository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สภาพแวดล้อมที่ติดตั้ง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ว่ามี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วามลับหรือไฟล์ตั้ง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่าเปิดเผยหรือไม่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เรีย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HTTPS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ไม่พบความลับใน Git หรือเข้าถึงได้จากเว็บ การเชื่อมต่อผ่าน TLS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Repository, Deployed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16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UN13.001 Deploy – setup.php Schema Installer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ติดตั้งบนเครื่องใหม่ด้วย setup.php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ฐานข้อมูลและตารางครบตาม SR08 โดยไม่แก้ Schema ด้วยมือ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Fresh Linux Server,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ต้องใช้เครื่องว่าง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16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UN13.002 Deploy – Docker Compose Stack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up -d --build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Container php-apache, mariadb, node ทำงานและเข้าใช้ระบบได้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Docker Host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TC-UN13.003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16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UN13.003 Deploy – .env Generator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docker/init-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env.sh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โดยเว้น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วามลับว่าง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.env ถูกสร้างพร้อมความลับสุ่ม และไม่ถูก Git ติดตาม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Docker Host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Output Specifications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Test 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UN13.004 Deploy – Backup &amp; Restore</w:t>
            </w:r>
          </w:p>
        </w:tc>
        <w:tc>
          <w:tcPr>
            <w:tcW w:type="dxa" w:w="1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สำรองฐานข้อมูล กู้คืนสู่สภาพแวดล้อมทดสอบ และ Clone จาก Backup Remote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ข้อมูลและ Source Code กู้คืนได้ครบตามขั้นตอนในคู่มือ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Testing Server, Backup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Remote</w:t>
            </w:r>
          </w:p>
        </w:tc>
        <w:tc>
          <w:tcPr>
            <w:tcW w:type="dxa" w:w="7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 Product Operation Guide</w:t>
            </w:r>
          </w:p>
        </w:tc>
        <w:tc>
          <w:tcPr>
            <w:tcW w:type="dxa" w:w="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TC-UN13.001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2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3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Detail</w:t>
            </w:r>
          </w:p>
        </w:tc>
      </w:tr>
      <w:tr>
        <w:trPr>
          <w:trHeight w:hRule="exact" w:val="45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2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73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กำหนด Test Case ทั้งหมด 45 รายการ ครอบคลุม Software Unit ทุกหน่วย สถานะพร้อมทดสอบ (Ready)</w:t>
            </w:r>
          </w:p>
        </w:tc>
      </w:tr>
      <w:tr>
        <w:trPr>
          <w:trHeight w:hRule="exact" w:val="72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2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ณฑ์ผ่าน</w:t>
            </w:r>
          </w:p>
        </w:tc>
        <w:tc>
          <w:tcPr>
            <w:tcW w:type="dxa" w:w="73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 Test Case ต้องได้ผลตาม Output Specifications ข้อบกพร่องที่พบบันทึกใน Correction Register และทดสอบซ้ำจนผ่าน</w:t>
            </w:r>
          </w:p>
        </w:tc>
      </w:tr>
      <w:tr>
        <w:trPr>
          <w:trHeight w:hRule="exact" w:val="72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2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เกณฑ์เข้าสู่ UAT</w:t>
            </w:r>
          </w:p>
        </w:tc>
        <w:tc>
          <w:tcPr>
            <w:tcW w:type="dxa" w:w="73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Case ผ่านครบ 100% และไม่มีข้อบกพร่องระดับสูงคงค้าง ผลการทดสอบบันทึกใน Test Report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Test-Case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est-case-and-test-procedur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