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3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Design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8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25690306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(System Design Document)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HIGH LEVEL DESIGN</w:t>
      </w:r>
    </w:p>
    <w:p>
      <w:pPr>
        <w:autoSpaceDN w:val="0"/>
        <w:autoSpaceDE w:val="0"/>
        <w:widowControl/>
        <w:spacing w:line="210" w:lineRule="exact" w:before="3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High Level Architecture Diagram</w:t>
      </w:r>
    </w:p>
    <w:p>
      <w:pPr>
        <w:autoSpaceDN w:val="0"/>
        <w:autoSpaceDE w:val="0"/>
        <w:widowControl/>
        <w:spacing w:line="244" w:lineRule="exact" w:before="17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ภาพรวมสถาปัตยกรรมของระบบ แบ่งเป็นผู้ใช้งาน ชั้น Client, Web, Data, Service และบริการภายนอก พร้อมช่องทางการเชื่อมต่อระหว่างกัน ทุกคำขอจากหน้าจอผ่านการตรวจสอบของ db_auth ก่อนถึงตรรกะธุรกิจ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0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2956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2956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0"/>
        <w:ind w:left="179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 High Level Architecture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รงสร้างระบบแบ่งตามชั้น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ารทำงาน</w:t>
      </w:r>
    </w:p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 Case Diagram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ผู้ใช้งานของระบบและกลุ่มการใช้งานหลัก บทบาทที่สูงกว่าได้รับสิทธิ์การใช้งานของบทบาทที่ต่ำกว่าทั้งหมด (Viewer → Staff → Admin → Owner)</w:t>
      </w:r>
    </w:p>
    <w:p>
      <w:pPr>
        <w:sectPr>
          <w:headerReference w:type="default" r:id="rId20"/>
          <w:footerReference w:type="default" r:id="rId2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641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406781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40678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76" w:after="268"/>
        <w:ind w:left="0" w:right="2732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2 Use Case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ผู้ใช้งานและ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ลุ่ม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ารใช้งานหลั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Actor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เจ้าของบริษัท สิทธิ์สูงสุดภายในบริษัท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ตั้งค่าบริษัท จัดการผู้ใช้ และใช้งานทุกโมดูล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Admin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ผู้ดูแลระบบภายในบริษัท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จัดการข้อมูลหลัก ผู้ใช้ สิทธิ์ และใช้งานทุกโมดูลปฏิบัติการ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Staff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ผู้ปฏิบัติงาน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บันทึกรายการคลังสินค้า ขาย จัดซื้อ และการเงินตามสิทธิ์</w:t>
            </w:r>
          </w:p>
        </w:tc>
      </w:tr>
      <w:tr>
        <w:trPr>
          <w:trHeight w:hRule="exact" w:val="466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Viewer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ผู้ใช้แบบอ่านอย่างเดียว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ดูหน้าจอและรายงานที่ได้รับสิทธิ์</w:t>
            </w:r>
          </w:p>
        </w:tc>
      </w:tr>
      <w:tr>
        <w:trPr>
          <w:trHeight w:hRule="exact" w:val="450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Scheduler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(Node.js)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</w:tr>
      <w:tr>
        <w:trPr>
          <w:trHeight w:hRule="exact" w:val="464"/>
        </w:trPr>
        <w:tc>
          <w:tcPr>
            <w:tcW w:type="dxa" w:w="1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 Service</w:t>
            </w:r>
          </w:p>
        </w:tc>
        <w:tc>
          <w:tcPr>
            <w:tcW w:type="dxa" w:w="28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ระทำภายนอ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ส่งอีเมล Onboarding กู้คืนรหัสผ่าน และแจ้งเตือน</w:t>
            </w:r>
          </w:p>
        </w:tc>
      </w:tr>
    </w:tbl>
    <w:p>
      <w:pPr>
        <w:autoSpaceDN w:val="0"/>
        <w:autoSpaceDE w:val="0"/>
        <w:widowControl/>
        <w:spacing w:line="210" w:lineRule="exact" w:before="3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Component Diagram</w:t>
      </w:r>
    </w:p>
    <w:p>
      <w:pPr>
        <w:autoSpaceDN w:val="0"/>
        <w:autoSpaceDE w:val="0"/>
        <w:widowControl/>
        <w:spacing w:line="246" w:lineRule="exact" w:before="174" w:after="342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โมดูลของระบบ (Software Unit กลุ่ม UN01–UN13) และความสัมพันธ์การเรียกใช้ระหว่างโมดูล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2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3528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352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0" w:right="2610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3 Component Diagram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โมดูล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องระบบและ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วามสัมพันธ์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โครงสร้างส่วนประกอบของระบบแบ่งตามชั้นการทำงาน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(Layer)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Presentation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หน้าจอ PHP ในแต่ละโมดูล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app/&lt;module&gt;/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JavaScript และ CSS ที่รองรับ Responsive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SR02:002, SR06:002,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SR06:003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Business Logic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Manager/Service Classes 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app/assets/utils/classes/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เรียกใช้จาก Page Controller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SR02:003, SR03:001–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</w:t>
            </w:r>
          </w:p>
        </w:tc>
      </w:tr>
      <w:tr>
        <w:trPr>
          <w:trHeight w:hRule="exact" w:val="70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Access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 เข้าถึงฐานข้อมูล MariaDB โดยตรง พร้อม Trait รวมตรรกะที่ใช้ร่วมกัน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SR02:004, SR06:001,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SR08:001–SR08:005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Real-time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Scheduler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Node.js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ควบคุมด้วย pm2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External</w:t>
            </w:r>
          </w:p>
        </w:tc>
        <w:tc>
          <w:tcPr>
            <w:tcW w:type="dxa" w:w="50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บริการ SMTP สำหรับส่งอีเมล และ Socket.IO Client บน Browser</w:t>
            </w:r>
          </w:p>
        </w:tc>
        <w:tc>
          <w:tcPr>
            <w:tcW w:type="dxa" w:w="24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SR06:004, SR06:005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Deployment Diagram</w:t>
      </w:r>
    </w:p>
    <w:p>
      <w:pPr>
        <w:autoSpaceDN w:val="0"/>
        <w:autoSpaceDE w:val="0"/>
        <w:widowControl/>
        <w:spacing w:line="246" w:lineRule="exact" w:before="174" w:after="34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การติดตั้งบนสภาพแวดล้อมใช้งานจริงด้วย Docker Compose และทางเลือกการติดตั้งแบบ Manual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499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1623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162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2" w:lineRule="exact" w:before="162" w:after="0"/>
        <w:ind w:left="2228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4 Deployment Diagram — 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ารติดตั้งบนสภาพแวดล้อมใช้งานจริง</w:t>
      </w:r>
    </w:p>
    <w:p>
      <w:pPr>
        <w:autoSpaceDN w:val="0"/>
        <w:autoSpaceDE w:val="0"/>
        <w:widowControl/>
        <w:spacing w:line="246" w:lineRule="exact" w:before="314" w:after="18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การติดตั้งระบบแบ่งเป็น 4 ชั้นบริการ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ชั้นการติดตั้ง (Tier)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Client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Web Browser (Chrome/Edge/Firefox) บน Desktop, Tablet และ Mobile พร้อม Socket.IO Client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SR06:002, SR06:003,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</w:tr>
      <w:tr>
        <w:trPr>
          <w:trHeight w:hRule="exact" w:val="45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PHP 8 บน Apache ติดตั้งแบบ Manual หรือ Container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docker/php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SR01:003, SR02:005</w:t>
            </w:r>
          </w:p>
        </w:tc>
      </w:tr>
      <w:tr>
        <w:trPr>
          <w:trHeight w:hRule="exact" w:val="720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Data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MariaDB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(ผู้ใช้/บริษัท)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(คลัง/บัญชี)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SR06:001, SR08:001–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</w:tr>
      <w:tr>
        <w:trPr>
          <w:trHeight w:hRule="exact" w:val="466"/>
        </w:trPr>
        <w:tc>
          <w:tcPr>
            <w:tcW w:type="dxa" w:w="13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Service Tier</w:t>
            </w:r>
          </w:p>
        </w:tc>
        <w:tc>
          <w:tcPr>
            <w:tcW w:type="dxa" w:w="57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server.js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scheduler.js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ควบคุมด้วย pm2</w:t>
            </w:r>
          </w:p>
        </w:tc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SR03:011, SR06:004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User Interface Design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ผังหน้าจอหลักของระบบแบ่งตามโมดูลการใช้งาน ทุกหน้าจอใช้โครงร่างเดียวกัน ได้แก่ เมนูด้านซ้ายที่แสดงตามสิทธิ์ของผู้ใช้ แถบด้านบนสำหรับเลือกบริษัทและบัญชีผู้ใช้ และพื้นที่ทำงานด้านขวา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Login &amp; Onboarding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ลงทะเบียนบริษัท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ำเชิญเ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ลืมรหัสผ่าน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Dashboard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ผู้ติดต่อ</w:t>
            </w:r>
          </w:p>
        </w:tc>
      </w:tr>
      <w:tr>
        <w:trPr>
          <w:trHeight w:hRule="exact" w:val="466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Inventory Control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รับสิน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Lot &amp;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พิมพ์บาร์โ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</w:t>
            </w:r>
          </w:p>
        </w:tc>
      </w:tr>
      <w:tr>
        <w:trPr>
          <w:trHeight w:hRule="exact" w:val="450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ืนและใบลดหนี้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ลุ่มหน้าจอ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Accounting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</w:tr>
      <w:tr>
        <w:trPr>
          <w:trHeight w:hRule="exact" w:val="452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</w:tr>
      <w:tr>
        <w:trPr>
          <w:trHeight w:hRule="exact" w:val="464"/>
        </w:trPr>
        <w:tc>
          <w:tcPr>
            <w:tcW w:type="dxa" w:w="20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Settings</w:t>
            </w:r>
          </w:p>
        </w:tc>
        <w:tc>
          <w:tcPr>
            <w:tcW w:type="dxa" w:w="7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SMTP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่าระบบ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Mockup Wireframe</w:t>
      </w:r>
    </w:p>
    <w:p>
      <w:pPr>
        <w:autoSpaceDN w:val="0"/>
        <w:autoSpaceDE w:val="0"/>
        <w:widowControl/>
        <w:spacing w:line="246" w:lineRule="exact" w:before="17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Wireframe แสดงโครงร่างหน้าจอหลักที่ใช้เป็นแม่แบบในการพัฒนา หน้าจอเอกสารขาย จัดซื้อ และการเงินใช้รูปแบบหน้ารายการ (รูปที่ 7) และหน้าบันทึก (รูปที่ 8) เดียวกัน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28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2839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283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80" w:after="4334"/>
        <w:ind w:left="0" w:right="3656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5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้าสู่ระบบ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0" w:right="3654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6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หน้าจอแดชบอร์ด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158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7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หน้าราย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ใช้รูปแบบเดียว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ันทุ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262"/>
        <w:ind w:left="1364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8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หน้าบันทึ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(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ตัวอย่างใบสั่ง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) —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ใช้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ับเอ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สาร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าย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จัดซื้อ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และ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ารเงิน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6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9819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98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60" w:after="2144"/>
        <w:ind w:left="0" w:right="35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9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หน้าจอรับสิน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้าเ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ข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้า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9755"/>
      </w:tblGrid>
      <w:tr>
        <w:trPr>
          <w:trHeight w:hRule="exact" w:val="5744"/>
        </w:trPr>
        <w:tc>
          <w:tcPr>
            <w:tcW w:type="dxa" w:w="9060"/>
            <w:tcBorders>
              <w:start w:sz="12" w:val="single" w:color="BEBEBE"/>
              <w:top w:sz="4" w:val="single" w:color="595959"/>
              <w:end w:sz="12" w:val="single" w:color="BEBEBE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0" w:firstLine="0"/>
              <w:jc w:val="center"/>
            </w:pPr>
            <w:r>
              <w:rPr>
                <w:rFonts w:ascii="Leelawadee UI" w:hAnsi="Leelawadee UI" w:cs="Leelawadee UI" w:eastAsia="Leelawadee UI"/>
              </w:rPr>
              <w:drawing>
                <wp:inline xmlns:a="http://schemas.openxmlformats.org/drawingml/2006/main" xmlns:pic="http://schemas.openxmlformats.org/drawingml/2006/picture">
                  <wp:extent cx="5744209" cy="36385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4209" cy="3638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N w:val="0"/>
        <w:autoSpaceDE w:val="0"/>
        <w:widowControl/>
        <w:spacing w:line="220" w:lineRule="exact" w:before="178" w:after="0"/>
        <w:ind w:left="0" w:right="3688" w:firstLine="0"/>
        <w:jc w:val="right"/>
      </w:pP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รูปที่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 xml:space="preserve"> 10 Wireframe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19"/>
          <w:szCs w:val="19"/>
        </w:rPr>
        <w:t>หน้าจอรายงาน</w:t>
      </w:r>
    </w:p>
    <w:p>
      <w:pPr>
        <w:autoSpaceDN w:val="0"/>
        <w:autoSpaceDE w:val="0"/>
        <w:widowControl/>
        <w:spacing w:line="230" w:lineRule="exact" w:before="44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Baseline</w:t>
      </w:r>
    </w:p>
    <w:p>
      <w:pPr>
        <w:autoSpaceDN w:val="0"/>
        <w:autoSpaceDE w:val="0"/>
        <w:widowControl/>
        <w:spacing w:line="246" w:lineRule="exact" w:before="17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หัวข้อนี้กำหนดสิ่งที่จะควบคุมเป็น Baseline ของซอฟต์แวร์ เวลาที่กำหนด Baseline และผู้อนุมัติ เพื่อให้ตรวจสอบเส้นทาง Baseline → Configuration → Change ได้ Commit ที่เป็น Baseline จริงจะบันทึกใน Software Configuration (WP 8) เมื่อกำหนด Baseline แต่ละครั้ง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706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ของแอปพลิเคชัน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commit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ณ วันที่กำหนด Baseline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Schema ที่สร้างโดย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docker/mariadb/init-wms2.sql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720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่าและชุดติด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576" w:firstLine="0"/>
              <w:jc w:val="center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 (ไม่รวมค่าความลับ)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</w:tr>
      <w:tr>
        <w:trPr>
          <w:trHeight w:hRule="exact" w:val="974"/>
        </w:trPr>
        <w:tc>
          <w:tcPr>
            <w:tcW w:type="dxa" w:w="1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Products</w:t>
            </w:r>
          </w:p>
        </w:tc>
        <w:tc>
          <w:tcPr>
            <w:tcW w:type="dxa" w:w="33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  <w:tc>
          <w:tcPr>
            <w:tcW w:type="dxa" w:w="42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หลักและ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autoSpaceDN w:val="0"/>
        <w:autoSpaceDE w:val="0"/>
        <w:widowControl/>
        <w:spacing w:line="28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เวลาที่กำหนด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0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เมื่อพัฒนาครบทุกโมดูล (Baseline การพัฒนา ตามแผน 29 พฤษภาคม 2569) และเมื่อตรวจรับส่งมอบ (Baseline ของระบบที่ส่งมอบ ตามแผน 17 สิงหาคม 2569)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ผู้ตรวจสอบ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 (System Analyst) และ คุณปริญ งามขำ (QA/Tester)</w:t>
            </w:r>
          </w:p>
        </w:tc>
      </w:tr>
      <w:tr>
        <w:trPr>
          <w:trHeight w:hRule="exact" w:val="464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 โดย Baseline ของระบบที่ส่งมอบอนุมัติพร้อมการตรวจรับ</w:t>
            </w:r>
          </w:p>
        </w:tc>
      </w:tr>
      <w:tr>
        <w:trPr>
          <w:trHeight w:hRule="exact" w:val="720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Configuration (WP 8)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Configuration Item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</w:t>
            </w:r>
          </w:p>
        </w:tc>
      </w:tr>
      <w:tr>
        <w:trPr>
          <w:trHeight w:hRule="exact" w:val="452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Traceability Record (WP 13)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ำหนดภายหลัง</w:t>
            </w:r>
          </w:p>
        </w:tc>
      </w:tr>
      <w:tr>
        <w:trPr>
          <w:trHeight w:hRule="exact" w:val="718"/>
        </w:trPr>
        <w:tc>
          <w:tcPr>
            <w:tcW w:type="dxa" w:w="15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การเปลี่ยนแปลง Baseline</w:t>
            </w:r>
          </w:p>
        </w:tc>
        <w:tc>
          <w:tcPr>
            <w:tcW w:type="dxa" w:w="75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ต้องพิจารณาตามเ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Change Report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เมื่อเป็น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Software Unit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(Identity &amp; Access)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Register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Onboarding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24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ลงทะเบียนเจ้าของบริษัท, ยืนยันอีเมล, เชิญผู้ใช้และรับคำเชิญเข้าบริษัทที่ถูกต้อง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</w:t>
            </w:r>
          </w:p>
        </w:tc>
      </w:tr>
      <w:tr>
        <w:trPr>
          <w:trHeight w:hRule="exact" w:val="124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Login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Role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เข้าสู่ระบบด้วย Username/Password, ตรวจบทบาทและสิทธิ์แอปพลิเคชันฝั่งเซิร์ฟเวอร์ก่อนเข้าทุกหน้า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app/login/, UserManager.php, app/assets/utils/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Password Recovery / OTP / Session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ลืมรหัสผ่านผ่านอีเมล, OTP, Hash รหัสผ่าน bcrypt, บล็อก Concurrent Login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PasswordManager.php, PasswordResetManager.php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UN01.004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Identity – User &amp; App-Access Administration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ปิดใช้ผู้ใช้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app/setting/, UserManager.php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UN02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(Company Settings)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Profile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Settings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โลโ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CompanyProfileManager.php, CompanySettingManager.php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UN02.002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 – SMTP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Mail Dispatch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ตั้งค่า SMTP ต่อบริษัท และส่งอีเมล Onboarding/กู้คืนรหัสผ่าน/แจ้งเตือน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SmtpManager.php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 Storage / Bin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จัดการคลังสินค้า พื้นที่ และช่องจัดเก็บ พร้อมความจุ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app/inventory/, WarehouseManager.php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Product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Category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จัดการหมวดสินค้า สินค้า หน่วยนับ และรูปสินค้า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– Contact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จัดการประเภทผู้ติดต่อ ลูกค้า และผู้ขาย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app/contact/, ContactManager.php</w:t>
            </w:r>
          </w:p>
        </w:tc>
      </w:tr>
      <w:tr>
        <w:trPr>
          <w:trHeight w:hRule="exact" w:val="122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UN03.004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Master – Warehouse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Layer Configuration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สลับโ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ลังแบบชั้นเดียว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ชั้นต่อบริษัท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CompanySettingManager.php, WarehouseManager.php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Control)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Stock-in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รับสินค้าเข้าตามสินค้า จำนวน ตำแหน่ง เอกสารอ้างอิง สร้างความเคลื่อนไหวและยอดคงเหลือ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app/ics/, StockManager.php, StockTablesTrait.php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Stock-out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จ่ายสินค้าออกโดยตรวจสิทธิ์และยอดคงเหลือ ปฏิเสธจำนวนเกิน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Stock Transfer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โอนย้ายระหว่างตำแหน่ง ต้นทาง/ปลายทางผูกเป็นรายการเดียว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Lot / Serial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Expiry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Number,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วันหมดอายุ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StockSourceManager.php, md_lot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UN04.005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ICS – Barcode Label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Scan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พิมพ์ฉลากบาร์โค้ด SKU/ตำแหน่ง และรับค่าจากเครื่องสแกน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BarcodeManager.php, location_barcode_label.php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UN04.006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ICS – File Attachment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แนบและเรีย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ดูไฟล์ที่อนุญาตในราย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ที่รองรับ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FileUploader.php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 —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Quotation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สร้าง/แก้ไข/อนุมัติใบเสนอราคา และแปลงเป็นใบสั่งขาย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app/order/, QuotationManager.php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Sales Order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สร้างใบสั่งขาย ยืนยัน และตัดสต๊อกตามสถานะ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OrderManager.php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– Invoice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ออกใบแจ้งหนี้จากใบสั่งขาย และบันทึก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app/revenue/, InvoiceManager.php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UN05.004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Sales – Return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Credit Note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รับคืนสินค้าและออกใบลดหนี้ พร้อมปรับสต๊อก/บัญชี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ReturnManager.php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UN06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Request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สร้างและอนุมัติใบ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app/po/, PurchaseRequestManager.php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Order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แปลงใบขอซื้อเป็นใบสั่งซื้อ และติดตามสถานะ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</w:t>
            </w:r>
          </w:p>
        </w:tc>
      </w:tr>
      <w:tr>
        <w:trPr>
          <w:trHeight w:hRule="exact" w:val="97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Purchase Invoice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บันทึกใบแจ้งหนี้ซื้อ รับสินค้าเข้า และบันทึก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PurchaseOrderManager.php, StockManager.php</w:t>
            </w:r>
          </w:p>
        </w:tc>
      </w:tr>
      <w:tr>
        <w:trPr>
          <w:trHeight w:hRule="exact" w:val="72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UN06.004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Purchasing – Supplier Return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คืนสินค้าผู้ขาย พร้อมปรับสต๊อก/บัญชี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SR03:006,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SupplierReturnManager.php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 —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</w:tr>
      <w:tr>
        <w:trPr>
          <w:trHeight w:hRule="exact" w:val="124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Receipt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Receipt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วางบิลรับและบันทึ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ใบเสรจรับเงินผู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app/finance/, ReceiptBillingManager.php, ReceiptManager.php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UN07.002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Finance – Payment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Billing &amp; Payment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วางบิลจ่ายและบันทึ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ัญจ่ายผู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ับใบแจ้งหนี้ซื้อ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SR03:007,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PaymentBillingManager.php, PaymentManager.php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UN08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Chart of Accounts / Departments / Formulas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จัดการผังบัญชี แผนก และสูตรบัญชีอัตโนมัติ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app/accounting/, PostingManager.php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UN08.002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– Journal &amp; GL Posting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บันทึกสมุดรายวันและผ่านรายการ GL แบบสมดุลภายใน Transaction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SR03:008,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app/journal/, PostingManager.php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UN09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รายงานและแดชบอร์ด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(Reports &amp; Dashboard)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Dashboard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&amp; Aggregates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แดชบอร์ด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้าและบัญชีจา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ตารางสรุปยอด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SR05:002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app/dashboard/, app/ac_dashboard/, EtlStockManager.php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Stock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ภาพรวมสต๊อ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Lot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app/reports/, ReportManager.php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Financial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VAT,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สมุดรายวัน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SR03:009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ReportManager.php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UN09.004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Reports – Filter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Print / Export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กรอง ดู พิมพ์ และส่งออกรายงานตามขอบเขตสิทธิ์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SR03:009,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SR04:003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app/reports/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(Document Control)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992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0" w:right="72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Numbering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ออกเลขที่เอกสารตามลำดับที่กำหนด (document_number_sequences)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4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SR08:004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DocumentNumberManager.php</w:t>
            </w:r>
          </w:p>
        </w:tc>
      </w:tr>
      <w:tr>
        <w:trPr>
          <w:trHeight w:hRule="exact" w:val="122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Lifecycle &amp; Status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ควบคุมสถานะเอกสาร ปฏิเสธการเปลี่ยนสถานะที่ไม่ถูกต้อง พร้อม Confirm Dialog และข้อความข้อผิดพลาด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BatchActionManager.php, Manager classes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UN10.003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Document – Audit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Fields &amp; History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บันทึกผู้สร้าง ผู้แก้ไข วันที่ และประวัติรายการ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SR03:010,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td_* tables, td_bin_log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UN11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(Notification &amp; Scheduler)</w:t>
            </w:r>
          </w:p>
        </w:tc>
      </w:tr>
      <w:tr>
        <w:trPr>
          <w:trHeight w:hRule="exact" w:val="123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Server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รับเหตุการณ์จาก PHP ผ่าน Endpoint ที่ป้องกันด้วย Secret และส่งต่อไปยัง Browser ของผู้ใช้ที่เกี่ยวข้อง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SR06:004,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nodejs/server.js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UN11.002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 – Scheduler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(ETL &amp; Alerts)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สรุปยอดสต๊อก/GL, แจ้งเตือนสินค้าใกล้หมดและใบแจ้งหนี้ค้างชำระ ตามกำหนดเวลา Asia/Bangkok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SR03:011,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SR05:002,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SR01:006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nodejs/scheduler.js,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app/cron/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 —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(Security &amp; Tenant Scope)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Tenant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Scope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Query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ลังที่ผู้ใช้ได้รับอนุญาต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SR04:003,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SR07:002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StockTablesTrait.php,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Manager classes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– Server-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side Validation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ตรวจสอบข้อมูลนำเข้า, Prepared Statements, Escape Output ป้องกัน SQLi/XSS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SR07:004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Manager classes,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app/assets/utils/</w:t>
            </w:r>
          </w:p>
        </w:tc>
      </w:tr>
      <w:tr>
        <w:trPr>
          <w:trHeight w:hRule="exact" w:val="976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Operation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Lock &amp; Usage Guard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ล็อกช่วงเวลาผ่านรายการ และจำกัดโควตารายการต่อบริษัท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SR07:002,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SR09:003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OperationLockManager.php, UsageGuard.php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UN12.004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Security – TLS &amp; Secret Configuration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ค่าตั้งค่า TLS, NODE_EMIT_SECRET และ Secrets ที่สร้างตอนติดตั้ง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SR07:001,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docker/php/config.php.template, .env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UN13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ติดตั้งและสำรอง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(Deployment &amp; Backup)</w:t>
            </w:r>
          </w:p>
        </w:tc>
      </w:tr>
      <w:tr>
        <w:trPr>
          <w:trHeight w:hRule="exact" w:val="99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UN13.001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Schema Installer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wms/wms2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ตารางทั้งหมดใน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9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SR01:003,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SR08:005,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SR06:001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setup.php, docker/mariadb/init-wms2.sql</w:t>
            </w:r>
          </w:p>
        </w:tc>
      </w:tr>
      <w:tr>
        <w:trPr>
          <w:trHeight w:hRule="exact" w:val="974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UN13.002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Docker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Compose Stack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Container php-apache, mariadb, node/pm2 พร้อม Entrypoint สร้าง config.php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SR02:005,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docker-compose.yml,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docker/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UN13.003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Generator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สร้าง .env และความลับอัตโนมัติ ไม่เก็บใน Git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SR01:005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docker/init-env.sh,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.env.example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48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Functional Interfaces Detail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References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Files</w:t>
            </w:r>
          </w:p>
        </w:tc>
      </w:tr>
      <w:tr>
        <w:trPr>
          <w:trHeight w:hRule="exact" w:val="720"/>
        </w:trPr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UN13.004</w:t>
            </w:r>
          </w:p>
        </w:tc>
        <w:tc>
          <w:tcPr>
            <w:tcW w:type="dxa" w:w="19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Deploy – Backup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Restore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 Git 2 Remote, mysqldump รายวัน, ขั้นตอนกู้คืน</w:t>
            </w:r>
          </w:p>
        </w:tc>
        <w:tc>
          <w:tcPr>
            <w:tcW w:type="dxa" w:w="13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SR01:003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Product Operation Guide, backup remote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desig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