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Requirements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25690225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(Software Requirements Specification)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(Objectives)</w:t>
      </w:r>
    </w:p>
    <w:p>
      <w:pPr>
        <w:autoSpaceDN w:val="0"/>
        <w:autoSpaceDE w:val="0"/>
        <w:widowControl/>
        <w:spacing w:line="308" w:lineRule="exact" w:before="122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เพื่อแปลงความต้องการของลูกค้าที่ได้รับอนุมัติแล้วให้เป็นความต้องการเชิงเทคนิคของซอฟต์แวร์ ครอบคลุมมาตรฐาน โครงสร้าง ส่วนประกอบ ความสัมพันธ์ ประสิทธิภาพ ส่วนเชื่อมต่อ ความปลอดภัย ฐานข้อมูล และการจัดการข้อผิดพลาด เพื่อใช้เป็นเอกสารอ้างอิงหลักในการออกแบบระบบ พัฒนา และทดสอบ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5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0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ผู้ทดสอบระบบ</w:t>
            </w:r>
          </w:p>
        </w:tc>
        <w:tc>
          <w:tcPr>
            <w:tcW w:type="dxa" w:w="3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ความต้องการซอฟต์แวร์ (Software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 Standards of Software</w:t>
            </w:r>
          </w:p>
        </w:tc>
      </w:tr>
      <w:tr>
        <w:trPr>
          <w:trHeight w:hRule="exact" w:val="202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สารให้สอด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และแนวปฏิบัติ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Secure Coding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CR12:004,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โนโลยี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(Socket.IO, 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CR04:004, CR12:001</w:t>
            </w:r>
          </w:p>
        </w:tc>
      </w:tr>
      <w:tr>
        <w:trPr>
          <w:trHeight w:hRule="exact" w:val="177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Manual (setup.php)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(php-apache, mariadb, node/pm2)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CR07:001, CR10:001, CR10:002, CR08:001, CR08:002, CR13:003</w:t>
            </w:r>
          </w:p>
        </w:tc>
      </w:tr>
      <w:tr>
        <w:trPr>
          <w:trHeight w:hRule="exact" w:val="71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(PASSWORD_BCRYPT)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(app/config.php, .env)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เว้นจา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Source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ึ้นตอนติดตั้ง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CR06:002, CR09:002, CR10:003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 Software Structure Considerations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แบบหลายหน้า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(Multi-page PHP)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ส่วนติดต่อผู้ใช้ต้องเป็น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/ Tablet / Mobile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CR05:001, CR07:003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ะทางธุร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ิจต้องจัดเป็น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Manager/Service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Page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Controller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46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ในหน้าเพจ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SR02:005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ระบบต้องติดตั้งเป็น Container Stack ผ่าน Docker Compose ได้ นอกเหนือจากการติดตั้งแบบ Manual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 Software Elements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โมดูลผู้ใช้งานและสิทธิ์: ลงทะเบียน, Onboarding, เข้าสู่ระบบ, บทบาท Owner/Admin/Staff/Viewer, สิทธิ์แอปพลิเคชัน (app/login/, UserManager, PasswordManager, PasswordResetManager)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โมดูลตั้งค่าบริษัท: ข้อมูลบริษัท, SMTP, การตั้งค่าระบบ (app/setting/, CompanyProfileManager, CompanySettingManager, SmtpManager)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CR03:005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โมดูลข้อมูลหลัก: คลังสินค้า, พื้นที่/ช่องจัดเก็บ, หมวดสินค้า, สินค้า, ผู้ติดต่อ (app/inventory/, app/contact/, WarehouseManager, ProductManager, ContactManager)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CR01:006</w:t>
            </w:r>
          </w:p>
        </w:tc>
      </w:tr>
      <w:tr>
        <w:trPr>
          <w:trHeight w:hRule="exact" w:val="124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โมดูลควบคุมสินค้าคงคลัง: รับเข้า, จ่ายออก, โอนย้าย, Lot/Serial/Expiry, บาร์โค้ด, แนบไฟล์ (app/ics/, StockManager, StockSourceManager, BarcodeManager, FileUploader)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SR03:005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(app/order/,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QuotationManager, OrderManager, InvoiceManager,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</w:tr>
      <w:tr>
        <w:trPr>
          <w:trHeight w:hRule="exact" w:val="97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โมดูลจัดซื้อ: ใบขอซื้อ, ใบสั่งซื้อ, ใบแจ้งหนี้ซื้อ, ใบคืนสินค้าผู้ขาย (app/po/, PurchaseRequestManager, PurchaseOrderManager, SupplierReturnManager)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SR03:007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(app/finance/,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ReceiptBillingManager, ReceiptManager, PaymentBillingManager,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PaymentManager)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SR03:008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โมดูลบัญชี: ผังบัญชี, แผนก, สูตรบัญชี, สมุดรายวัน, บัญชีแยกประเภท (app/accounting/, app/journal/, PostingManager)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โมดูลรายงานและแดชบอร์ด: รายงานสต๊อก, รายงานการเงิน, แดชบอร์ด (app/reports/, app/dashboard/, app/ac_dashboard/, ReportManager, EtlStockManager)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CR01:011, CR01:017, CR01:020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SR03:010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โมดูลควบคุมเอกสาร: ออกเลขที่เอกสาร, วงจรชีวิต/สถานะ, ประวัติรายการ (DocumentNumberManager, BatchActionManager)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CR01:023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(nodejs/server.js, nodejs/scheduler.js, app/cron/)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CR01:022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 Software Elements Relationship</w:t>
            </w:r>
          </w:p>
        </w:tc>
      </w:tr>
      <w:tr>
        <w:trPr>
          <w:trHeight w:hRule="exact" w:val="123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ารยืนยันตัวตนและ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องโมดูลผู้ใช้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CR01:002, CR01:024, CR04:003, CR05:002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โมดูลขาย จัดซื้อ และการเงิน ต้องบันทึกผลกระทบต่อสต๊อกและ GL ผ่านโมดูลคลังสินค้าและบัญชี ไม่ทำซ้ำตรรกะ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โมดูลรายงานต้องอ่าน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CR01:024, CR08:004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ต้องรับเหตุ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เท่านั้น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CR01:021, CR03:003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SR04:005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โมดูลที่สร้างเอ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ิจต้องเรีย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สารเพื่อออ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 Performance Characteristics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ต้องเสร็จภายในเวลาที่ใช้งานได้จริง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</w:tr>
      <w:tr>
        <w:trPr>
          <w:trHeight w:hRule="exact" w:val="97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ยอดสรุปสต๊อก/GL/แดชบอร์ดต้องคำนวณล่วงหน้าตามกำหนดเวลา (etl_stock_summary, etl_gl_summary)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CR02:002, CR01:022, CR08:005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 Health Check ทุก 5 นาที และแจ้งเตือนผู้ดูแลเมื่อล้มเหลวติดต่อกัน 2 ครั้ง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 Software Interfaces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ต้องเชื่อมต่อฐานข้อมูล MariaDB 2 ฐาน: wms (ผู้ใช้/บริษัท) และ wms2 (คลัง/บัญชี)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</w:tr>
      <w:tr>
        <w:trPr>
          <w:trHeight w:hRule="exact" w:val="45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Chrome, Edge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Firefox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รุ่นปัจจุบัน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</w:tr>
      <w:tr>
        <w:trPr>
          <w:trHeight w:hRule="exact" w:val="464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Mobile/Tablet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UI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</w:tr>
      <w:tr>
        <w:trPr>
          <w:trHeight w:hRule="exact" w:val="70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 PHP ต้องส่งเหตุการณ์ไป Node.js ผ่าน HTTP Endpoint ภายใน (NODE_EMIT_URL + NODE_EMIT_SECRET) และส่งอีเมลผ่าน SMTP ต่อบริษัท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CR03:003, CR03:005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(NODE_PUBLIC_URL)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 Security Characteristics</w:t>
            </w:r>
          </w:p>
        </w:tc>
      </w:tr>
      <w:tr>
        <w:trPr>
          <w:trHeight w:hRule="exact" w:val="45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CR06:003, CR14:004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ที่ใช้งานอยู่เพียงหนึ่งต่อบัญชี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Concurrent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ทั้งด้านรับ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แสดงผล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RBAC (Owner/Admin/Staff/Viewer) ต้องบังคับใช้ที่ฝั่งเซิร์ฟเวอร์ ไม่ใช่เพียงการซ่อนเมนู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 Database Design Requirements</w:t>
            </w:r>
          </w:p>
        </w:tc>
      </w:tr>
      <w:tr>
        <w:trPr>
          <w:trHeight w:hRule="exact" w:val="99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wms: user, company_list, company_map_user,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company_setting, company_smtp, company_usage, whitelist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</w:tr>
      <w:tr>
        <w:trPr>
          <w:trHeight w:hRule="exact" w:val="150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ตารางข้อมูลหลัก (wms2): md_warehouse, md_storage, md_bin, md_product, md_product_category, md_contact, md_contact_type, md_account, md_account_formula, md_account_formula_item, md_department, md_barcode, md_sku_barcode_label, md_lot, md_lock_operation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CR01:005, CR01:010, CR01:016</w:t>
            </w:r>
          </w:p>
        </w:tc>
      </w:tr>
      <w:tr>
        <w:trPr>
          <w:trHeight w:hRule="exact" w:val="150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ตารางรายการ (td_*): td_stock, td_order/_item, td_quotation/_item, td_invoice/_item, td_return/_item, td_purchase_request/_item, td_purchase_order/_item, td_supplier_return/_item, td_receipt/_item, td_receipt_billing/_item, td_payment/_item, td_payment_billing/_item, td_gl/td_gl_item, td_batch_action, td_bin_log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Remark</w:t>
            </w:r>
          </w:p>
        </w:tc>
      </w:tr>
      <w:tr>
        <w:trPr>
          <w:trHeight w:hRule="exact" w:val="992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: etl_stock_summary, etl_gl_summary,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document_number_sequences, document_types, schema_migrations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CR01:018, CR01:022, CR09:004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SR08:005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ตารางทั้งหมดต้องสร้างซ้ำได้ในสภาพแวดล้อมใหม่ผ่าน setup.php โดยไม่ต้องแก้ Schema ด้วยมือ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CR10:001, CR09:004</w:t>
            </w:r>
          </w:p>
        </w:tc>
      </w:tr>
      <w:tr>
        <w:trPr>
          <w:trHeight w:hRule="exact" w:val="448"/>
        </w:trPr>
        <w:tc>
          <w:tcPr>
            <w:tcW w:type="dxa" w:w="9058"/>
            <w:gridSpan w:val="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 Error Handling and Recovery Attributes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การลบ ยกเลิก หรือ Void เอกสารควบคุมต้องมี Confirm Dialog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CR05:004, CR01:023</w:t>
            </w:r>
          </w:p>
        </w:tc>
      </w:tr>
      <w:tr>
        <w:trPr>
          <w:trHeight w:hRule="exact" w:val="720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้อผิดพลาดต้องแสดง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วามที่ผู้ใช้เ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CR05:003, CR13:004</w:t>
            </w:r>
          </w:p>
        </w:tc>
      </w:tr>
      <w:tr>
        <w:trPr>
          <w:trHeight w:hRule="exact" w:val="976"/>
        </w:trPr>
        <w:tc>
          <w:tcPr>
            <w:tcW w:type="dxa" w:w="9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5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ันยอดติดลบ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ซ้ำ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  <w:tc>
          <w:tcPr>
            <w:tcW w:type="dxa" w:w="1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692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CR13:001, CR13:002, CR01:008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864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ช่อง Remark แสดงรหัสความต้องการของลูกค้า (Customer Requirements) ที่เป็นที่มาของความต้องการซอฟต์แวร์แต่ละรายการ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ความต้องการซอฟต์แวร์ที่ไม่มีที่มาจากความต้องการของลูกค้าต้องผ่าน Change Report ก่อนถือเป็นข้อผูกพัน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