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Repository (Backup)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พื้นที่สำรองสำหรับใช้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รณีที่เ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ารสูญหาย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การสำรอง Source Code และเอกสาร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(Secondary Remote)</w:t>
            </w:r>
          </w:p>
        </w:tc>
      </w:tr>
      <w:tr>
        <w:trPr>
          <w:trHeight w:hRule="exact" w:val="464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20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backup</w:t>
            </w:r>
          </w:p>
        </w:tc>
      </w:tr>
      <w:tr>
        <w:trPr>
          <w:trHeight w:hRule="exact" w:val="450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ที่อยู่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20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และเอกสารส่งมอบใน Git Repository</w:t>
            </w:r>
          </w:p>
        </w:tc>
      </w:tr>
      <w:tr>
        <w:trPr>
          <w:trHeight w:hRule="exact" w:val="450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ารส่งมอบหรือปรับปรุง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</w:tr>
      <w:tr>
        <w:trPr>
          <w:trHeight w:hRule="exact" w:val="464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การสำรองฐานข้อมูล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Export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อัตโนมัติ</w:t>
            </w:r>
          </w:p>
        </w:tc>
      </w:tr>
      <w:tr>
        <w:trPr>
          <w:trHeight w:hRule="exact" w:val="466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ทุกวัน เวลา 02:00 น. (Asia/Bangkok)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ลาวด์ที่บริษัท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</w:tr>
      <w:tr>
        <w:trPr>
          <w:trHeight w:hRule="exact" w:val="464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ชุดสำรองรายวันเก็บ 30 วัน และชุดสิ้นเดือนเก็บ 12 เดือน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ัดเฉพาะผู้ดูแลระบบและผู้บริหารที่ได้รับมอบหมาย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รายการตรวจสอบการสำรองข้อมูล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1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BK-001</w:t>
            </w:r>
          </w:p>
        </w:tc>
        <w:tc>
          <w:tcPr>
            <w:tcW w:type="dxa" w:w="4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ตรวจสอบว่า Remote สำรองเข้าถึงได้และมี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ตรงกับ Repository หลัก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สิงหาคม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04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BK-002</w:t>
            </w:r>
          </w:p>
        </w:tc>
        <w:tc>
          <w:tcPr>
            <w:tcW w:type="dxa" w:w="4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Clone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สิงหาคม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2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BK-003</w:t>
            </w:r>
          </w:p>
        </w:tc>
        <w:tc>
          <w:tcPr>
            <w:tcW w:type="dxa" w:w="4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ชุดสำรองสู่สภาพแวดล้อมทดสอบ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23 สิงหาคม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BK-004</w:t>
            </w:r>
          </w:p>
        </w:tc>
        <w:tc>
          <w:tcPr>
            <w:tcW w:type="dxa" w:w="4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สิงหาคม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ขั้นตอนการกู้คืน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วามเสียหาย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ตรวจสอบว่าข้อมูลที่สูญหายเป็น Source Code เอกสาร หรือฐานข้อมูล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ชุดสำรองที่จะใช้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ชุดสำรองล่าสุดที่ผ่าน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ารตรวจสอบและยืนยันวันที่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ืนสู่สภาพแวดล้อมทดสอบ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Clone จาก Remote สำรอง หรือ Restore ฐานข้อมูลสู่เครื่องทดสอบ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้อมูลตัวอย่างว่า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ืนสู่สภาพแวดล้อมใช้งานจริง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บันทึกจุดกู้คืน หยุดบริการที่เกี่ยวข้อง กู้คืน แล้วตรวจสอบสถานะระบบตามคู่มือผู้ดูแลระบบ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-ba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