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Traceability Record Table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5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NoC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</w:t>
      </w:r>
    </w:p>
    <w:p>
      <w:pPr>
        <w:autoSpaceDN w:val="0"/>
        <w:autoSpaceDE w:val="0"/>
        <w:widowControl/>
        <w:spacing w:line="244" w:lineRule="exact" w:before="186" w:after="0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ตารางนี้สรุปเส้นทางการสอบกลับของความต้องการทุกรายการ ตั้งแต่ความต้องการของลูกค้าจนถึงผลการทดสอบและผลการทดสอบการยอมรับ เพื่อใช้ตรวจสอบความครบถ้วนได้ในหน้าเดียว โดยรายละเอียดหัวข้อของแต่ละรหัสอยู่ในเอกสาร Traceability Record (WP 13)</w:t>
      </w:r>
    </w:p>
    <w:p>
      <w:pPr>
        <w:autoSpaceDN w:val="0"/>
        <w:autoSpaceDE w:val="0"/>
        <w:widowControl/>
        <w:spacing w:line="266" w:lineRule="exact" w:before="398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ตารางสรุปการสอบกลับ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ระบบต้องรองรับการลงทะเบียนเจ้าของบริษัทและการเชิญผู้ใช้งานเข้าร่วมบริษัท (Onboarding)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SR03:001, SR08:001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Admin, 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SR03:001, SR07:003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SR03:001, SR03:002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UN01.004, UN02.001, UN02.002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SR03:003, SR08:002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UN03.001, UN03.002, UN03.003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SR03:004, SR08:003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(Stock-out)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โดยตรวจสอบสิทธิ์และยอด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่อนจ่าย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SR03:004, SR09:003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และวันหมดอายุ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SR03:004, SR08:002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0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SR03:005, SR04:002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UN05.001, UN05.002, UN05.003,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TC-UN05.001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SR03:006, SR04:002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UN06.001, UN06.002, UN06.003,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TC-UN06.001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SR03:007, SR04:002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UN07.001, UN07.002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TC-UN07.001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SR03:008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UN08.001, UN08.002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SR04:005,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UN10.001, UN10.002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TC-UN04.006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SR04:004,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SR05:002,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SR03:010, SR09:001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SR04:003,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ภายในเวลาที่ใช้งานได้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ระบบต้องมีตารางสรุปยอด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(Aggregate)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เพื่อให้แดชบอร์ดและรายงานแสดงผลได้โดยไม่ต้อง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ำนวณใหม่ทุ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UN09.001, UN11.002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ลงสำหรับสภาพแวดล้อมใช้งาน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(Chrome, Edge, 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ระบบต้องส่งเหตุ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ารณ์ไปยังบริ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ภายในที่ป้อง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Secret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SR06:004, SR04:004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time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SR06:004, SR03:002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Application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Relational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Referential Integrity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SR08:001, SR08:002,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Username/Password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ำหนดบทบาทผู้ใช้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ต้องเป็น Responsive ใช้งานได้ทั้งบน Desktop และอุปกรณ์หน้าคลังสินค้า (Tablet/Mobile)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UN13.003, UN12.004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(Role-based Access Control)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ฝั่งเซิร์ฟเวอร์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Scripting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้าสู่ระบบซ้ำซ้อน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(Concurrent Login)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องบัญชีเดียว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ในรูปแบบติดตั้งเอง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(LAMP)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UN13.001, UN13.002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อย่างสม่ำเสมอทั้งแอปพลิเ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พาผ่าน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SR06:003, SR02:002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ารเฝ้าระวังสถานะบริ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Web,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พร้อมแจ้งเตือนเมื่อ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ซอฟต์แวร์ต้องมีโ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รงสร้างแบบโมดูล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(Manager Classes / API)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ระทบส่วนอื่น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SR02:003, SR02:004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(Configuration 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29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SR08:005, SR08:004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SR01:003, SR08:005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 up -d --build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(docker/init-env.sh)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User Document)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(Product Operation Guide)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่อนเปิดใช้งานจริง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ตามที่อง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รอนุมัติ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ISO/IEC 29110 Basic Profile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SRS 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ID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&amp; Recovery)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CR14:002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CR14:003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้าบนสภาพแวดล้อมใช้งานจริง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6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สรุปความครอบคลุม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ารทดสอบผ่าน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48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ารยอมรับผ่าน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ceability-record-t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