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5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List of Evidence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61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YaB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ารจัดเตรียมและ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็บเอ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(232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PM Process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Statement of Work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Statement of Work 25690105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ารและหนังสือเชิญประชุมเปิดโ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177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Plan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Work Schedule 25690213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Software Project Plan 25690213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Customer Requirements 25690206 V1.0 NoC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แผนการดำเนินงาน แผนโครงการ และความต้องการของลูกค้า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802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Progress Status Record (15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Progress Status Record 25690109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Progress Status Record 25690123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Progress Status Record 25690206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4. 200-WMS-26-001-00 Progress Status Record 25690218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5. 200-WMS-26-001-00 Progress Status Record 25690225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6. 200-WMS-26-001-00 Progress Status Record 25690317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7. 200-WMS-26-001-00 Progress Status Record 25690429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8. 200-WMS-26-001-00 Progress Status Record 25690508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9. 200-WMS-26-001-00 Progress Status Record 25690513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10. 200-WMS-26-001-00 Progress Status Record 25690523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11. 200-WMS-26-001-00 Progress Status Record 25690529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12. 200-WMS-26-001-00 Progress Status Record 25690803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13. 200-WMS-26-001-00 Progress Status Record 25690814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14. 200-WMS-26-001-00 Progress Status Record 25690817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15. 200-WMS-26-001-00 Progress Status Record 25690824 V1.0 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้าวหน้า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ารรายงวด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Correction Register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Correction Register 25690817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YaB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สารสรุปปัญหาที่พบระหว่างดำเนินโ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Acceptance Record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Acceptance Report 25690817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(Sign off Letter)</w:t>
            </w:r>
          </w:p>
        </w:tc>
      </w:tr>
      <w:tr>
        <w:trPr>
          <w:trHeight w:hRule="exact" w:val="177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Change Requests (3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ฉบับ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Change Report 25690521 V1.0 NoC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Change Report 25690808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Change Report 25690810 V1.0 SeV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6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Meeting Record (12 MoM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Minutes Of Meeting 25690105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Minutes Of Meeting 25690123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Minutes Of Meeting 25690218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4. 200-WMS-26-001-00 Minutes Of Meeting 25690317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5. 200-WMS-26-001-00 Minutes Of Meeting 25690429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6. 200-WMS-26-001-00 Minutes Of Meeting 25690513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7. 200-WMS-26-001-00 Minutes Of Meeting 25690523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8. 200-WMS-26-001-00 Minutes Of Meeting 25690529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9. 200-WMS-26-001-00 Minutes Of Meeting 25690803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10. 200-WMS-26-001-00 Minutes Of Meeting 25690814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11. 200-WMS-26-001-00 Minutes Of Meeting 25690817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12. 200-WMS-26-001-00 Minutes Of Meeting 25690824 V1.0 YaB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ารประชุมตามแผน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ารทำงานใน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Schedule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Configuration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Software Configuration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25690817 V1.0 ThS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บันทึกการกำหนดค่าและความเปลี่ยนแปลงต่าง ๆ ที่เกิดขึ้นของระบบ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Repository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Project Repository 25690817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ThS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พื้นที่เก็บข้อมูล เอกสาร และหลักฐานทุกอย่างของโครงการ (Git Server: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git@188.166.228.62:nok/wms-app.git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(Backup)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Project Repository Backup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25690824 V1.0 ThS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พื้นที่สำรองสำหรับกู้คืนข้อมูล (Git Remote สำรอง: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git@github.com:thanakorninbox-dev/wms-app.git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และชุดสำรองฐานข้อมูลบนคลาวด์)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SI Process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Requirements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(SRS)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Requirements 25690225 V1.0 NoC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design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Design 25690306 V1.0 NoC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เอกสารการออกแบบระบบ พร้อมหัวข้อ Software Baseline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 record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Traceability Record 25690306 V1.0 NoC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ลับได้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(Traceability Matrix)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Components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Components 25690817 V1.0 ThS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เอกสารแสดงส่วนประกอบต่าง ๆ ของโปรแกรมแต่ละเวอร์ชัน</w:t>
            </w:r>
          </w:p>
        </w:tc>
      </w:tr>
      <w:tr>
        <w:trPr>
          <w:trHeight w:hRule="exact" w:val="70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Cases and Test Procedures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Test Case and Test Procedures 25690731 V1.0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สารแสดงตัวอย่างชุด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้อมูลที่ใช้ทดสอบ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16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Report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Test Report 25690814 V1.0 PaNg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ารทดสอบระบบ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17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25690817 V1.0 ThS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ซอฟต์แวร์สำหรับส่งมอบให้กับผู้ใช้งาน (Baseline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Tag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sdlc-v1.0-final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User Documentation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User Document 25690814 V1.0 ThS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ารใช้งานสำหรับผู้ใช้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19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 Operation Guide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Product Operation Guide 25690817 V1.0 ThS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ู่มือปฏิบัติงานสำหรับผู้ดูแลระบบ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Maintenance Documentation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Maintenance Document 25690817 V1.0 ThS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ษาระบบ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124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result (4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08" w:right="67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Verification Results 25690317 V0.1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Verification Results 25690529 V0.2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Verification Results 25690731 V0.3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4. 200-WMS-26-001-00 Verification Results 25690817 V1.0 PaNg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ารจัดเตรียมและ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 result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Validation Results 25690814 V1.0 PaNg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(UAT)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Other Document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Stakeholder Register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Stakeholder Register 25690116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รายชื่อผู้มีส่วนได้ส่วนเสียและระดับ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ารมีส่วนร่วม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Charter Report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Project Charter Report 25690123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ฎบัตรโ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TRACEABILITY-RECORD-Table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TRACEABILITY-RECORD 25690817 V1.0 NoC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ารถึงผล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Training Report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Training Report 25690822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ารอบรมผู้ใช้งานระบบ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List of Evidence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สารฉบับนี้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ดัชนีเอ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ฐานทั้งหมด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40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สรุปความครบถ้วนของหลักฐาน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7584"/>
        <w:gridCol w:w="7584"/>
      </w:tblGrid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PM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SI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อบเพิ่มเติม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(Other Document)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7584"/>
        <w:gridCol w:w="7584"/>
      </w:tblGrid>
      <w:tr>
        <w:trPr>
          <w:trHeight w:hRule="exact" w:val="448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ไฟล์เอ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58</w:t>
            </w:r>
          </w:p>
        </w:tc>
      </w:tr>
      <w:tr>
        <w:trPr>
          <w:trHeight w:hRule="exact" w:val="452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สารที่จัดเตรียม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58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สารที่ยังไม่ได้จัดเตรียม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0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เอกสารและหลักฐานทั้งหมดจัดเก็บใน Project Repository และสำรองไว้ตามที่ระบุในเอกสาร Project Repository (Backup) โดยชุดเอกสารส่งมอบควบคุมด้วย Tag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sdlc-v1.0-final</w:t>
      </w:r>
    </w:p>
    <w:p>
      <w:pPr>
        <w:autoSpaceDN w:val="0"/>
        <w:autoSpaceDE w:val="0"/>
        <w:widowControl/>
        <w:spacing w:line="256" w:lineRule="exact" w:before="332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6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6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814" w:bottom="10" w:left="856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168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LoE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6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ist-of-evidenc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