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25690213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6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6" w:lineRule="exact" w:before="30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60" w:after="176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autoSpaceDE w:val="0"/>
        <w:widowControl/>
        <w:spacing w:line="244" w:lineRule="exact" w:before="7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sectPr>
          <w:headerReference w:type="default" r:id="rId15"/>
          <w:footerReference w:type="default" r:id="rId16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66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ผังบัญชี, แผนก, สูตรบัญชี / สมุดรายวันและบัญชีแยกประเภท (Journal / GL) / รายงานงบทดลอง, งบกำไรขาดทุน, งบดุล, ภาษีมูลค่าเพิ่ม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14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(CH-001–CH-003)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(Git baseline 6c39700) 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00" w:lineRule="exact" w:before="12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576" w:hanging="227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432" w:hanging="227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การปิดโครงการ (Project Closure)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244" w:lineRule="exact" w:before="28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244" w:lineRule="exact" w:before="176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1.2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และบัญชี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ที่ไม่สมดุล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Rollback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(TC-UN08.002)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1.3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ทดสอบสิทธิ์เชิงลบ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(TC-UN12.001,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1.4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งานประจำวันตอบสนองภายในเวลาที่ใช้งานได้จริงบน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ทดสอบตามปริมาณข้อมูลตัวอย่าง (TC-UN09.001)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1.5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(Responsive)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2.1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2.2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ืนได้จริง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 &amp; Restore Test (TC-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2.3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9071" w:type="dxa"/>
        <w:tblInd w:w="261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1351"/>
        <w:gridCol w:w="7720"/>
      </w:tblGrid>
      <w:tr>
        <w:trPr>
          <w:cantSplit/>
          <w:tblHeader/>
        </w:trPr>
        <w:tc>
          <w:tcPr>
            <w:tcW w:w="1351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7720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การเปลี่ยนแปลงภายหลังผ่าน Change Report (CH-001–CH-003)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ควบคู่กับการพัฒนา และรอบสุดท้ายก่อนส่งมอบ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210" w:lineRule="exact" w:before="326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ชื่อ-นามสกุล (ชื่อย่อ)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รายละเอียดหน้าที่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(ApS)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apirach.s@brn.co.th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Project Charter และแผนโครงการ / วางแผน Timeline, Resource, Risk, Quality / จัดประชุมและติดตามความคืบหน้า / ควบคุมการเปลี่ยนแปลงและการปิดโครงการ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(NoC)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noppong.c@brn.co.th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/ จัดทำ SRS และเอกสารออกแบบระบบ / ออกแบบฐานข้อมูลและความสัมพันธ์ของโมดูล / ตรวจสอบความสอดคล้องของงานพัฒนากับความต้องการ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(ThS)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5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1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thanakorn.s@brn.co.th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พัฒนาโมดูลและ API ตามการออกแบบ / จัดการฐานข้อมูลและประสิทธิภาพ / ดูแลความปลอดภัยและการติดตั้ง / แก้ไขข้อบกพร่องที่พบจากการทดสอบ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(PaNg)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parin.n@brn.co.th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 (YaB)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yaowalak.b@brn.co.th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(SeV)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seri.v@brn.co.th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210" w:lineRule="exact" w:before="340" w:after="13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(PM Process)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 Process)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(Customer Requirements)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(SR01–SR09)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(UN01–UN13)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ตาราง ใน 2 ฐานข้อมูล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10" w:lineRule="exact" w:before="464" w:after="14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วางแผนทดสอบ ทดสอบระบบ UAT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3"/>
          <w:szCs w:val="23"/>
        </w:rPr>
        <w:t xml:space="preserve"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Management (PM, Document Control)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Implementation (SA, Developer, QA)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9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สำหรับทีมพัฒนาและทดสอบ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สำหรับใช้งานจริง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้ดสำหรับทดสอบ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Initiation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Statement of Work, Stakeholder Register,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Charter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Planning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Plan,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Execution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Components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Case, Test Report, Verification Results, Validation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Close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24 สิงหาคม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Close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ผิดชอบ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รอบการทบทวน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บันทึกความเสี่ยงใหม่และการเปลี่ยนแปลงระดับความเสี่ยงใน Progress Status Record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</w:tblGrid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138" w:right="140" w:firstLine="8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เสี่ยง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72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แนวทางป้องกัน (Mitigation)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Plan)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ความต้องการเปลี่ยนแปลงระหว่างพัฒนา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5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ทาง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เพิ่มเฉพาะงาน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  <w:tr>
        <w:trPr>
          <w:trHeight w:hRule="exact" w:val="766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ตรวจสอบและปรับปรุงยอดพร้อมบันทึก Correction Register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บังคับ Role Guard และขอบเขตบริษัทฝั่งเซิร์ฟเวอร์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สิทธิ์เชิงลบซ้ำ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รั่วไหล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554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พัฒนาหรือใช้งาน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หลักฐานการทดสอบและตรวจรับไม่ครบถ้วน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รักษาการสอบกลับสองทิศทางและบันทึกผลทุกครั้ง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ผู้ใช้ไม่ยอมรับระบบ (UAT ไม่ผ่าน)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ให้ผู้ใช้ร่วมทบทวนความต้องการและสาธิตระบบระหว่างพัฒนา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430" w:lineRule="exact" w:before="264" w:after="190"/>
        <w:ind w:left="256" w:right="345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430" w:lineRule="exact" w:before="264" w:after="190"/>
        <w:ind w:left="256" w:right="345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แผนรองรับสำหรับกรณีงานไม่แล้วเสร็จตามกำหนด (Non-Completed Task)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สาเหตุที่พบบ่อย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ระทบที่อาจ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ชอบ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งานไม่เสร็จภายในกำหนด (Due Date)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5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Timeline และกำหนดส่งมอบ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้างสะสมและ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4" w:right="26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ฝ่ายบุคคล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ผู้ให้ข้อมูลส่งความต้องการหรือข้อมูลตั้งต้นล่าช้า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ไม่สามารถพัฒนา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หรือทดสอบต่อได้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พร่องซ้ำ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ซ้อน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ารทดสอบระยะ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เกิดความล่าช้าในการพัฒนาและทดสอบ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ThS / PaNg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งานล่าช้าเพราะต้องแก้ความต้องการ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ตเปลี่ยนหลัง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และสิ่งส่งมอบ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432" w:lineRule="exact" w:before="192" w:after="0"/>
        <w:ind w:left="256" w:right="46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432" w:lineRule="exact" w:before="192" w:after="0"/>
        <w:ind w:left="256" w:right="4608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3"/>
          <w:szCs w:val="23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54" w:after="196"/>
        <w:ind w:left="256" w:right="0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19"/>
          <w:szCs w:val="19"/>
        </w:rPr>
        <w:t xml:space="preserve"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Code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[Document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[yyyymmdd]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[version]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[editor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[ext.]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190"/>
        <w:ind w:left="256" w:right="576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0.1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0.2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</w:tr>
      <w:tr>
        <w:trPr>
          <w:trHeight w:hRule="exact" w:val="452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 (Release)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1.1 (Revision)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Location)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ทีมงานเข้าถึง Repository ผ่าน Git Server โดย Repository ของโครงการนี้เก็บทั้ง Source Code และเอกสาร ISO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Storage Rules)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(Responsibility)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้อมูลสำรองอย่างสม่ำเสมอ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Methods)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 Repository ไปยัง Backup Remote และสำรองฐานข้อมูลด้วยการ Export อัตโนมัติ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Frequency)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