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Charter Report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25690123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(Project Charter)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ข้อมูลโครงการ (Project Information)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วันที่เริ่มโ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(232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 (ApS)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ผู้อนุมัติโ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Sponsor)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วัตถุประสงค์ของโครงการ (Project Objectives)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โครงการพัฒนาระบบบริหารจัดการคลังสินค้าของ บริษัท บี.อาร์.เอ็น เอ็นเตอร์ไพรส์ จำกัด จัดทำขึ้นเพื่อรวมศูนย์การจัดการคลังสินค้า เชื่อมโยงกับงานขาย งานจัดซื้อ และงานบัญชี ให้ครบวงจร โดยมีวัตถุประสงค์ดังนี้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วัตถุประสง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(Objective)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(Description)</w:t>
            </w:r>
          </w:p>
        </w:tc>
      </w:tr>
      <w:tr>
        <w:trPr>
          <w:trHeight w:hRule="exact" w:val="72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รวมศูนย์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ารบริหาร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ทดแทนการบันทึกที่กระจายอยู่หลายระบบ ให้ยอดสินค้าคงคลังถูกต้องและตรวจสอบได้จากแหล่งเดียว</w:t>
            </w:r>
          </w:p>
        </w:tc>
      </w:tr>
      <w:tr>
        <w:trPr>
          <w:trHeight w:hRule="exact" w:val="45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รองรับหลายบริษัทและหลาย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องผู้ใช้แต่ละรายให้อยู่ในบริษัทและ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ลังที่ได้รับสิทธิ์</w:t>
            </w:r>
          </w:p>
        </w:tc>
      </w:tr>
      <w:tr>
        <w:trPr>
          <w:trHeight w:hRule="exact" w:val="464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เชื่อมโยงงานปฏิบัติ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ับงานบัญชี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ายและงานจัดซื้อบันทึ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้องโดยอัตโนมัติ</w:t>
            </w:r>
          </w:p>
        </w:tc>
      </w:tr>
      <w:tr>
        <w:trPr>
          <w:trHeight w:hRule="exact" w:val="72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เพิ่ม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วามสามารถใน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ารตรวจสอบย้อน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ควบคุมเลขที่เอกสาร สถานะ และประวัติรายการ พร้อมติดตาม Lot, Serial Number และวันหมดอายุ</w:t>
            </w:r>
          </w:p>
        </w:tc>
      </w:tr>
      <w:tr>
        <w:trPr>
          <w:trHeight w:hRule="exact" w:val="45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ให้ติดตั้งและดูแลรั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ษาได้อย่างเป็นระบบ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มีขั้นตอนติดตั้ง ตั้งค่า สำรอง และกู้คืนที่ทำซ้ำได้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ขอบเขตของงาน (Scope of Work)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Name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ารผู้ใช้งานและสิทธิ์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Identity, Role and Application-Access Management</w:t>
            </w:r>
          </w:p>
        </w:tc>
      </w:tr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Data Management (Warehouse, Product, Contact)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Control)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Inventory Control (Stock in/out/transfer, Lot, Serial, Expiry,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Barcode)</w:t>
            </w:r>
          </w:p>
        </w:tc>
      </w:tr>
      <w:tr>
        <w:trPr>
          <w:trHeight w:hRule="exact" w:val="46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(Quotation, Order, Invoice, Return, Credit Note)</w:t>
            </w:r>
          </w:p>
        </w:tc>
      </w:tr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 (Request, Order, Invoice, Supplier Return)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Finance (Receipt Billing, Receipt, Payment Billing, Payment)</w:t>
            </w:r>
          </w:p>
        </w:tc>
      </w:tr>
      <w:tr>
        <w:trPr>
          <w:trHeight w:hRule="exact" w:val="70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(Chart of Accounts, Department, Journal, General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Ledger)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ระบบรายงานและแดชบอร์ด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Reporting and Dashboard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Numbering and Lifecycle Control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Notification and Scheduled Job (Node.js, Socket.IO)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Deployment and Configuration (Manual / Docker Compose)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สรุปชื่อผู้มีส่วนได้ส่วนเสียหลัก (Key 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ุล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ชื่อย่อ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(Role)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วามรับผิดชอบหลั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อนุมัติเอกสารโครงการและงบประมาณ ตรวจรับส่งมอบ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บริหารแผนโ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ราะห์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แบบระบบ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พัฒนาระบบและดูแล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ทดสอบระบบและตรวจสอบ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แผนระยะเวลาโครงการ (Project Timeline)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Phase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610" w:right="0" w:hanging="39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(Date)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หมายเหตุ</w:t>
            </w:r>
          </w:p>
        </w:tc>
      </w:tr>
      <w:tr>
        <w:trPr>
          <w:trHeight w:hRule="exact" w:val="704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Initiation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มกราคม 2569 – 23 มกราคม 2569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Kick-off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Project Charter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Planning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38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 มกราคม 2569 – 18 กุมภาพันธ์ 2569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Requirements, Software Project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Plan, Work Schedule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Phase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610" w:right="0" w:hanging="39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(Date)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หมายเหตุ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Execution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100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19 กุมภาพันธ์ 2569 – 29 พฤษภาคม 2569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พัฒนาระบบและจัดทำเอ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30 พฤษภาคม 2569 – 17 สิงหาคม 2569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ตรวจสอบเอกสาร ทดสอบระบบ และ UAT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Close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18 สิงหาคม 2569 – 24 สิงหาคม 2569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อบรม ปิดงานควบคุมปฏิบัติการ และปิดโครงการ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หลักไมล์และเกณฑ์ความสำเร็จ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ไมล์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วามสำเร็จ</w:t>
            </w:r>
          </w:p>
        </w:tc>
      </w:tr>
      <w:tr>
        <w:trPr>
          <w:trHeight w:hRule="exact" w:val="464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อนุมัติขอบเขตและวัตถุประสงค์</w:t>
            </w:r>
          </w:p>
        </w:tc>
      </w:tr>
      <w:tr>
        <w:trPr>
          <w:trHeight w:hRule="exact" w:val="450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Customer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และแผนงาน</w:t>
            </w:r>
          </w:p>
        </w:tc>
      </w:tr>
      <w:tr>
        <w:trPr>
          <w:trHeight w:hRule="exact" w:val="466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Baseline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ารพัฒนา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</w:p>
        </w:tc>
      </w:tr>
      <w:tr>
        <w:trPr>
          <w:trHeight w:hRule="exact" w:val="450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ทดสอบระบบและ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ตรวจรับส่งมอบ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ลงนามตรวจรับสิ่งส่งมอบ</w:t>
            </w:r>
          </w:p>
        </w:tc>
      </w:tr>
      <w:tr>
        <w:trPr>
          <w:trHeight w:hRule="exact" w:val="450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ารอย่างเป็นทาง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charter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