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Validation Result (UAT)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25690814 V1.0 PaNg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ับผู้ใช้งาน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Responsible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คุณเสรี วิริยะสกุลธรณ์ (Project Sponsor / ตัวแทนลูกค้า)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0" w:lineRule="exact" w:before="132" w:after="0"/>
        <w:ind w:left="25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เพื่อยืนยันว่าระบบที่พัฒนาตรงตามความต้องการของลูกค้า (Customer Requirements) สามารถใช้งานได้จริง มีประสิทธิภาพ มีความปลอดภัย และพร้อมเปิดใช้งานจริง (Go-Live) โดยใช้ความต้องการของลูกค้าทุกรายการเป็นตัวตั้งของการทดสอบการยอมรับ และอ้างอิง Test Case หรือเอกสารส่งมอบเป็นหลักฐานประกอบ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สภาพแวดล้อมและผู้ทดสอบ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31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6"/>
        </w:trPr>
        <w:tc>
          <w:tcPr>
            <w:tcW w:type="dxa" w:w="31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สภาพแวดล้อมที่ใช้ทดสอบ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สภาพแวดล้อมใช้งานจริง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</w:p>
        </w:tc>
      </w:tr>
      <w:tr>
        <w:trPr>
          <w:trHeight w:hRule="exact" w:val="450"/>
        </w:trPr>
        <w:tc>
          <w:tcPr>
            <w:tcW w:type="dxa" w:w="31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ผู้ทดสอบ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 (Project Sponsor / ตัวแทนลูกค้า)</w:t>
            </w:r>
          </w:p>
        </w:tc>
      </w:tr>
      <w:tr>
        <w:trPr>
          <w:trHeight w:hRule="exact" w:val="464"/>
        </w:trPr>
        <w:tc>
          <w:tcPr>
            <w:tcW w:type="dxa" w:w="31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 (QA/Tester)</w:t>
            </w:r>
          </w:p>
        </w:tc>
      </w:tr>
      <w:tr>
        <w:trPr>
          <w:trHeight w:hRule="exact" w:val="450"/>
        </w:trPr>
        <w:tc>
          <w:tcPr>
            <w:tcW w:type="dxa" w:w="31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ช่วงเวลาทดสอบ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</w:tr>
      <w:tr>
        <w:trPr>
          <w:trHeight w:hRule="exact" w:val="466"/>
        </w:trPr>
        <w:tc>
          <w:tcPr>
            <w:tcW w:type="dxa" w:w="31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Requirements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80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(CR01–CR14)</w:t>
            </w:r>
          </w:p>
        </w:tc>
      </w:tr>
      <w:tr>
        <w:trPr>
          <w:trHeight w:hRule="exact" w:val="450"/>
        </w:trPr>
        <w:tc>
          <w:tcPr>
            <w:tcW w:type="dxa" w:w="31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ที่ใ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ียงที่สุด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12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dd48a8b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ตารางสรุป Validation Result ตาม Customer Requirements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Tester</w:t>
            </w:r>
          </w:p>
        </w:tc>
      </w:tr>
      <w:tr>
        <w:trPr>
          <w:trHeight w:hRule="exact" w:val="72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008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Feature &amp; Functional Characteristics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ารลงทะเบียนเจ้า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บริษัทและ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ารเชิญผู้ใช้งานเ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้าร่วม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(Onboarding)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Tester</w:t>
            </w:r>
          </w:p>
        </w:tc>
      </w:tr>
      <w:tr>
        <w:trPr>
          <w:trHeight w:hRule="exact" w:val="99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4" w:right="36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ระบบต้องยืนยันตัวตนผู้ใช้และบัง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สิทธิ์ตามบทบาท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Owner, Admin,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Staff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Viewer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ระบบต้องรองรับการกู้คืนรหัสผ่าน การควบคุม Session และการยืนยัน OTP ตามที่กำหนด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TC-UN01.003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ระบบต้องให้ผู้ดูแลจัดการข้อมูลบริษัท, SMTP, การตั้งค่าระบบ, ผู้ใช้งาน และสิทธิ์การเข้าถึงแอปพลิเคชัน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TC-UN01.004, TC-UN02.001, TC-UN02.002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CR01:005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ระบบต้องจัดการข้อมูลคลังสินค้า, พื้นที่/ช่องจัดเก็บ, หมวดสินค้า, สินค้า, ประเภทผู้ติดต่อ และผู้ติดต่อ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TC-UN03.001, TC-UN03.002, TC-UN03.003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CR01:006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ระบบต้องรองรับโครงสร้างตำแหน่งจัดเก็บทั้งแบบคลังเดียวและแบบหลายชั้น (คลัง/พื้นที่/ช่อง)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TC-UN03.004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CR01:007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ระบบต้องบันทึกการรับสินค้าเข้า (Stock-in) ระบุสินค้า จำนวน ตำแหน่ง เอกสารอ้างอิง และข้อมูลติดตาม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CR01:008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ระบบต้องบันทึกการจ่ายสินค้าออก (Stock-out) โดยตรวจสอบสิทธิ์และยอดคงเหลือก่อนจ่าย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CR01:009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74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ระบบต้องโอนย้ายสิน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้าระหว่างตำแหน่ง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็บที่ได้รับอนุญาตโดยยอดต้นทาง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ปลายทางสมดุล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TC-UN04.003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CR01:010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ระบบต้องติดตาม Lot, Serial Number และวันหมดอายุของสินค้าที่เกี่ยวข้อง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TC-UN04.004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4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ระบบต้องแสดงภาพรวมสต๊อก, ประวัติความเคลื่อนไหว, ความจุ/การใช้พื้นที่, สินค้าใกล้หมด, สินค้าหมดอายุ และข้อมูล Lot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ระบบต้องพิมพ์บาร์โค้ดสินค้า (SKU) และตำแหน่งจัดเก็บ และรองรับการสแกนในหน้าจอที่กำหนด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TC-UN04.005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3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0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ระบบต้องสร้างและจัดการใบเสนอราคา, ใบสั่งขาย, ใบแจ้งหนี้, ใบรับคืน และใบลดหนี้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TC-UN05.001, TC-UN05.002, TC-UN05.003, TC-UN05.004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Tester</w:t>
            </w:r>
          </w:p>
        </w:tc>
      </w:tr>
      <w:tr>
        <w:trPr>
          <w:trHeight w:hRule="exact" w:val="124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ระบบต้องสร้างและจัดการใบขอซื้อ, ใบสั่งซื้อ, ใบแจ้งหนี้ซื้อ และใบคืนสินค้าผู้ขาย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TC-UN06.001, TC-UN06.002, TC-UN06.003, TC-UN06.004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CR01:015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ระบบต้องสร้างและจัดการใบวางบิลรับ, ใบเสร็จรับเงิน, ใบวางบิลจ่าย และใบสำคัญจ่าย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TC-UN07.001, TC-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UN07.002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CR01:016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ระบบต้องจัดการผังบัญชี, แผนก, สูตรบัญชี, สมุดรายวัน และบัญชีแยกประเภท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TC-UN08.001, TC-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UN08.002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CR01:017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ระบบต้องจัดทำรายงานงบทดลอง, งบกำไรขาดทุน, งบดุล, ภาษีมูลค่าเพิ่ม, สมุดรายวัน และความเคลื่อนไหว GL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TC-UN09.003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72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CR01:018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สารอัตโนมัติและ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วงจรชีวิต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TC-UN10.001, TC-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72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CR01:019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ารแนบไฟล์ที่อนุญาต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TC-UN04.006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CR01:020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ระบบต้องให้ผู้ใช้กรอง ดู พิมพ์ และส่งออกรายงานปฏิบัติการและรายงานผู้บริหาร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TC-UN09.004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ระบบต้องแจ้งเตือนผู้ใช้ที่เ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้องเมื่อ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สถานะเอ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สารเปลี่ยนหรือมีเหตุ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ระบบต้องสรุปยอดสต๊อ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ก/GL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และแจ้ง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เตือนสิน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ล้หมดและใบแจ้งหนี้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ชำระตาม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72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ระบบต้องเก็บผู้สร้าง ผู้แก้ไข สถานะ และประวัติรายการเพื่อการตรวจสอบ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TC-UN10.003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้อมูลบริษัทและ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้าให้เฉพาะผู้ใช้ที่ได้รับอนุญาตใน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บริบทปัจจุบัน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Performance Considerations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ระบบต้องตอบสนองงานประจำวัน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เปิด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หน้าจอ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้นหา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สร้างเอ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ภายใน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เวลาที่ใช้งานได้จริงบนสภาพแวดล้อมที่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ใช้งานประจำวันบนสภาพแวดล้อมจริงและสังเกตเวลาตอบสนอง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3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ระบบต้องมีตารางสรุปยอด (Aggregate) เพื่อให้แดชบอร์ดและรายงานแสดงผลได้โดยไม่ต้องคำนวณใหม่ทุกครั้ง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ใช้งานประจำวันบนสภาพแวดล้อมจริงและสังเกตเวลาตอบสนอง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TC-UN09.001, TC-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Tester</w:t>
            </w:r>
          </w:p>
        </w:tc>
      </w:tr>
      <w:tr>
        <w:trPr>
          <w:trHeight w:hRule="exact" w:val="99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ระบบต้องรองรับปริมาณ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้อมูลและผู้ใช้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ันในระดับที่ต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ลงสำหรับสภาพ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แวดล้อมใช้งานจริง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ใช้งานประจำวันบนสภาพแวดล้อมจริงและสังเกตเวลาตอบสนอง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Interface Considerations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ระบบต้องเชื่อมต่อฐานข้อมูล MySQL/MariaDB 2 ฐาน (wms สำหรับผู้ใช้/บริษัท และ wms2 สำหรับคลัง/บัญชี)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2" w:right="17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ใช้งานผ่าน Browser ที่กำหนด รับอีเมลและการแจ้งเตือนจริง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ระบบต้องใช้งานผ่าน Web Browser มาตรฐาน (Chrome, Edge, Firefox) ได้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7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ใช้งานผ่าน Browser ที่กำหนด รับอีเมลและการแจ้งเตือนจริง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ระบบต้องส่งเหตุการณ์ไปยังบริการ Node.js ผ่าน Endpoint ภายในที่ป้องกันด้วย Secret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7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ใช้งานผ่าน Browser ที่กำหนด รับอีเมลและการแจ้งเตือนจริง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ต้องเชื่อมต่อ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Socket.IO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Endpoint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สาธารณะเพื่อรับ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ารแจ้ง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เตือนแบบ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Real-time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7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ใช้งานผ่าน Browser ที่กำหนด รับอีเมลและการแจ้งเตือนจริง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CR03:005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ระบบต้องส่งอีเมล Onboarding, กู้คืนรหัสผ่าน และแจ้งเตือนผ่าน SMTP ที่ตั้งค่าต่อบริษัท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7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ใช้งานผ่าน Browser ที่กำหนด รับอีเมลและการแจ้งเตือนจริง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TC-UN02.002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Required System Characteristics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ระบบต้องพัฒนาบนสถาปัตยกรรม Web-based Application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ตรวจสอบสภาพแวดล้อมที่ติดตั้งและการเข้าสู่ระบบ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ระบบต้องเก็บข้อมูลแบบ Relational Database และรักษา Referential Integrity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ตรวจสอบสภาพแวดล้อมที่ติดตั้งและการเข้าสู่ระบบ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ระบบต้องรองรับการเข้าสู่ระบบด้วย Username/Password และกำหนดบทบาทผู้ใช้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ตรวจสอบสภาพแวดล้อมที่ติดตั้งและการเข้าสู่ระบบ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ระบบต้องทำงานบน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PHP 8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ึ้นไป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MySQL/MariaDB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ตรวจสอบสภาพแวดล้อมที่ติดตั้งและการเข้าสู่ระบบ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70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008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Human Engineering Considerations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UI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Responsive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ใช้งานได้ทั้ง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Desktop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และอุป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รณ์หน้า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(Tablet/Mobile)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ทดลองใช้งานบน Desktop และ Tablet/Mobile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Tester</w:t>
            </w:r>
          </w:p>
        </w:tc>
      </w:tr>
      <w:tr>
        <w:trPr>
          <w:trHeight w:hRule="exact" w:val="99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เมนูและปุ่ม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ำสั่งต้องแสดงตามบทบาท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องผู้ใช้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ทดลองใช้งานบน Desktop และ Tablet/Mobile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ระบบต้องแสดงผลการตรวจสอบข้อมูล สถานะ ความสำเร็จ และข้อผิดพลาดอย่างชัดเจน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ทดลองใช้งานบน Desktop และ Tablet/Mobile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ระบบต้องมีขั้นตอนยืนยันก่อนลบ ยกเลิก หรือทำรายการที่ย้อนกลับไม่ได้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ทดลองใช้งานบน Desktop และ Tablet/Mobile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CR05:005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ระบบต้องพิมพ์เอ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ิจและฉลา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บาร์โ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้ดในรูปแบบที่ใช้งานได้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ทดลองใช้งานบน Desktop และ Tablet/Mobile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TC-UN04.005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Security Considerations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ารเชื่อมต่อในสภาพแวดล้อมใช้งานจริง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้ารหัสด้วย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HTTPS/TLS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TC-UN12.004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องระบบต้องไม่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Source Control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และไม่เ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ถึงได้จา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เว็บสาธารณะ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TC-UN13.003, TC-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UN12.004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การทำงานฝั่งเซิร์ฟเวอร์ต้องตรวจสอบข้อมูลนำเข้า ยืนยันตัวตน ตรวจสิทธิ์ และจำกัดขอบเขตบริษัท/คลัง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ระบบต้องจำกัดสิทธิ์การเข้าถึงตามบทบาท (Role-based Access Control) ทั้งใน UI และฝั่งเซิร์ฟเวอร์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CR06:005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ระบบต้องป้องกัน SQL Injection และ Cross-Site Scripting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CR06:006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ระบบต้องบล็อกการเข้าสู่ระบบซ้ำซ้อน (Concurrent Login) ของบัญชีเดียวกัน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TC-UN01.003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Environmental Considerations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ระบบต้องทำงานบน Linux Server ในรูปแบบติดตั้งเอง (LAMP) หรือ Docker Compose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ตรวจสอบสภาพแวดล้อมจริง เขตเวลา และการแยกข้อมูลสาธิต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TC-UN13.001, TC-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21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ระบบต้องใช้เขตเวลา Asia/Bangkok อย่างสม่ำเสมอทั้งแอปพลิเคชันและงานตามกำหนดเวลา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ตรวจสอบสภาพแวดล้อมจริง เขตเวลา และการแยกข้อมูลสาธิต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Tester</w:t>
            </w:r>
          </w:p>
        </w:tc>
      </w:tr>
      <w:tr>
        <w:trPr>
          <w:trHeight w:hRule="exact" w:val="99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ระบบต้องใช้งานได้บนอุปกรณ์ Desktop และอุปกรณ์พกพาผ่าน Web Browser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ตรวจสอบสภาพแวดล้อมจริง เขตเวลา และการแยกข้อมูลสาธิต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้อมูลใช้งานจริงได้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ตรวจสอบสภาพแวดล้อมจริง เขตเวลา และการแยกข้อมูลสาธิต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6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Operational Considerations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อัตโนมัติรายวัน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ตรวจสอบการสำรอง/กู้คืน การเฝ้าระวัง และการแยกข้อมูลหลายบริษัท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TC-UN13.004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ชุดสำรองได้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ั้นตอนที่จัดทำเป็นเอ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ตรวจสอบการสำรอง/กู้คืน การเฝ้าระวัง และการแยกข้อมูลหลายบริษัท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TC-UN13.004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ระบบต้องมีการเฝ้าระวังสถานะบริการ Web, Database และ Node.js พร้อมแจ้งเตือนเมื่อขัดข้อง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ตรวจสอบการสำรอง/กู้คืน การเฝ้าระวัง และการแยกข้อมูลหลายบริษัท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Product Operation Guide (การเฝ้าระวังระบบ)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ระบบต้องรองรับหลายบริษัท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(Multi-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company)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และหลาย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้าภายใต้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ตรวจสอบการสำรอง/กู้คืน การเฝ้าระวัง และการแยกข้อมูลหลายบริษัท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CR08:005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ำหนดเวลาต้องทำงานสำเร็จ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โดยไม่สร้างผลลัพธ์ซ้ำหรือเ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ินสิทธิ์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ตรวจสอบการสำรอง/กู้คืน การเฝ้าระวัง และการแยกข้อมูลหลายบริษัท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Maintenance Considerations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ซอฟต์แวร์ต้องมีโครงสร้างแบบโมดูล (Manager Classes / API) เพื่อให้แก้ไขได้โดยไม่กระทบส่วนอื่น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ทบทวนโครงสร้างซอฟต์แวร์และเอกสารการบำรุงรักษา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Software Design (Software Unit), Software Components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ระบบต้องมีแม่แบบค่าตั้งค่า (Configuration Template) และควบคุมเวอร์ชันด้วย Git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ทบทวนโครงสร้างซอฟต์แวร์และเอกสารการบำรุงรักษา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TC-UN13.003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และประวัติ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พร่องที่แ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แล้ว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ทบทวนโครงสร้างซอฟต์แวร์และเอกสารการบำรุงรักษา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Maintenance Document, Correction Register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การเปลี่ยนแปลงโครงสร้างฐานข้อมูลต้องสะท้อนใน setup.php และตาราง schema_migrations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ทบทวนโครงสร้างซอฟต์แวร์และเอกสารการบำรุงรักษา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Installation Considerations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ระบบต้องติดตั้งฐาน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้อมูลได้ใน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เดียวผ่าน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setup.php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Tester</w:t>
            </w:r>
          </w:p>
        </w:tc>
      </w:tr>
      <w:tr>
        <w:trPr>
          <w:trHeight w:hRule="exact" w:val="99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ระบบต้องติดตั้งแบบ Container ได้ด้วยคำสั่ง docker compose up -d --build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ระบบต้องมีสคริปต์สร้างไฟล์ .env และค่าความลับอัตโนมัติ (docker/init-env.sh)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TC-UN13.003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4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TC-UN13.001, TC-UN13.002 / Product Operation Guide (ขั้นตอนติดตั้ง)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Support Considerations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(Software User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Document)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ทบทวนคู่มือ แผนการอบรม และช่องทางสนับสนุน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Software User Document (WP 8.0)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ต้องมีคู่มือปฏิบัติงานสำหรับผู้ดูแลระบบ (Product Operation Guide)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ทบทวนคู่มือ แผนการอบรม และช่องทางสนับสนุน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Product Operation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Guide (WP 10.0)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ารอบรมผู้ใช้งาน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่อนเปิดใช้งาน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จริง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ทบทวนคู่มือ แผนการอบรม และช่องทางสนับสนุน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ารอบรม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่อนเปิดใช้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(Task 5.2)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ต้องมีช่องทางสนับสนุนและระดับ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ารให้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(SLA)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หลังส่งมอบ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ทบทวนคู่มือ แผนการอบรม และช่องทางสนับสนุน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Maintenance Document (SLA)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Design Constraints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3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ระบบต้องพัฒนาด้วย PHP, MariaDB และ Node.js ตามที่องค์กรอนุมัติ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ตรวจสอบเทคโนโลยี การควบคุม Source Code และเอกสารตามมาตรฐาน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4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ระบบต้องควบคุม Source Code ด้วย Git โดยมี main เป็น Baseline หลัก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ตรวจสอบเทคโนโลยี การควบคุม Source Code และเอกสารตามมาตรฐาน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Software Configuration, Project Repository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4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รหัสผ่านผู้ใช้ต้องเข้ารหัสด้วย bcrypt และไม่เก็บหรือบันทึกเป็นข้อความธรรมดา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ตรวจสอบเทคโนโลยี การควบคุม Source Code และเอกสารตามมาตรฐาน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TC-UN01.003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3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โครงการต้องจัดทำ Work Products ตามมาตรฐาน ISO/IEC 29110 Basic Profile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ตรวจสอบเทคโนโลยี การควบคุม Source Code และเอกสารตามมาตรฐาน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Verification Results รอบที่ 1–3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Tester</w:t>
            </w:r>
          </w:p>
        </w:tc>
      </w:tr>
      <w:tr>
        <w:trPr>
          <w:trHeight w:hRule="exact" w:val="72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008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Safety and Reliability Considerations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การเปลี่ยนแปลงฐานข้อมูลที่เกี่ยวข้องกัน (เอกสาร + สต๊อก + GL) ต้องเป็น Transaction เดียวกัน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ทดลองทำรายการที่ล้มเหลวและตรวจสอบข้อความแจ้งข้อผิดพลาด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TC-UN08.002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4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ติดลบและ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ลื่อนไหวซ้ำซ้อน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ทดลองทำรายการที่ล้มเหลวและตรวจสอบข้อความแจ้งข้อผิดพลาด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3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ระบบต้องรองรับการสำรองและกู้คืน (Backup &amp; Recovery) ทั้ง Source Code และฐานข้อมูล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ทดลองทำรายการที่ล้มเหลวและตรวจสอบข้อความแจ้งข้อผิดพลาด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TC-UN13.004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4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้อผิดพลาดโดยแสดง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้าใจได้แทน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Fatal Error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ทดลองทำรายการที่ล้มเหลวและตรวจสอบข้อความแจ้งข้อผิดพลาด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Quality Expectations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่อนส่งมอบ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ทบทวนผลการทดสอบ การสอบกลับ และผลการตรวจสอบ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Report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2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ทุกความต้องการต้องสอบกลับได้ถึงการออกแบบ ส่วนประกอบ และหลักฐานการทดสอบ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ทบทวนผลการทดสอบ การสอบกลับ และผลการตรวจสอบ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Traceability Record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ระบบต้องผ่านการทดสอบการยอมรับ (UAT) โดยตัวแทนลูกค้าบนสภาพแวดล้อมใช้งานจริง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ทบทวนผลการทดสอบ การสอบกลับ และผลการตรวจสอบ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ารยอมรับ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สารฉบับนี้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4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ต้องไม่มีข้อบกพร่องระดับวิกฤตค้างอยู่ในด้านความปลอดภัย การแยกข้อมูล และความถูกต้องของสต๊อก/บัญชี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ทบทวนผลการทดสอบ การสอบกลับ และผลการตรวจสอบ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TC-UN12.001, TC-UN12.002 / Test Report, Correction Register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สรุปผลการทดสอบการยอมรับรายหมวด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120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(Passed)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120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(Failed)</w:t>
            </w:r>
          </w:p>
        </w:tc>
      </w:tr>
      <w:tr>
        <w:trPr>
          <w:trHeight w:hRule="exact" w:val="450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 Feature &amp; Functional Characteristics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6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 Performance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 Interface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120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(Passed)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120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(Failed)</w:t>
            </w:r>
          </w:p>
        </w:tc>
      </w:tr>
      <w:tr>
        <w:trPr>
          <w:trHeight w:hRule="exact" w:val="464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 Required System Characteristics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2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 Human Engineering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4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 Security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2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 Environmental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4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 Operational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48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 Maintenance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6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 Installation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 Support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6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 Design Constraints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 Safety and Reliability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4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 Quality Expectations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สรุปผลการทดสอบการยอมรับ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ารที่ทดสอบ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14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ารที่ทดสอบทั้งหมด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80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(Passed)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80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(Failed)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ตัวแทนลูกค้าได้ทดสอบการยอมรับครบทุกความต้องการใน Customer Requirements บนสภาพแวดล้อมใช้งานจริง ผลการทดสอบผ่านทั้งหมด ไม่พบประเด็นที่ขัดขวางการเปิดใช้งาน จึงยืนยันความพร้อมของระบบและเสนอเข้าสู่การตรวจรับส่งมอบตามแผนในวันที่ 24 สิงหาคม 2569</w:t>
      </w:r>
    </w:p>
    <w:p>
      <w:pPr>
        <w:autoSpaceDN w:val="0"/>
        <w:autoSpaceDE w:val="0"/>
        <w:widowControl/>
        <w:spacing w:line="256" w:lineRule="exact" w:before="330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VaR (UAT)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alidation-resul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