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Compose: php-apache,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node/pm2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ที่ตั้ง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$time_zone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ใน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บริการเว็บแอปพลิเคชัน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เชื่อมต่อได้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nodejs/logs/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่าแม่แบบ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0" w:lineRule="exact" w:before="210" w:after="0"/>
        <w:ind w:left="144" w:right="432" w:firstLine="0"/>
        <w:jc w:val="center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กำหนดทดสอบกู้คืนภายใน 23 สิงหาคม 2569 โดยกู้คืนชุดสำรองลงในสภาพแวดล้อมที่ไม่ใช่ระบบใช้งานจริง ตรวจสอบการเข้าถึงฐานข้อมูลและข้อมูลตัวอย่างให้ครบถ้วน และให้ผู้จัดการโครงการทบทวนผลการทดสอบในขั้นตอนปิดโครงการ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99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OP-001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แบบอัตโนมัติ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6 ระบุรอบการสำรอง ที่จัดเก็บ การเก็บรักษา ขั้นตอนกู้คืน และแผนการทดสอบกู้คืน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OP-002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