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ซอฟต์แวร์สำหรับส่งมอบให้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ชื่อผลิตภัณฑ์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BRN WMS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เวอร์ชันที่ส่งมอบ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</w:p>
        </w:tc>
      </w:tr>
      <w:tr>
        <w:trPr>
          <w:trHeight w:hRule="exact" w:val="466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วันที่ส่งมอบ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หรือแบบ Container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 compose up -d --build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ขอบเขตระบบงานที่ส่งมอบ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ารผู้ใช้งานและสิทธิ์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1.0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 Baseline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ควบคุมใน Repository หลักและสำรอง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ชุดติดตั้งระบบ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 Compose Stack และสคริปต์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สำหรับสร้างฐานข้อมูล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ผ่านทั้งหมด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Validation Results ครบ 14 หมวด 80 รายการ ผ่านทั้งหมด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ารตรวจรับส่งมอบ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เสนอ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ตรวจรับตามแผนในวันที่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(Acceptance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Document, Product Operation Guide, Maintenance Document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รายการอ้างอิงเพิ่มเติม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รายการส่วนประกอบทั้งหมดอยู่ในเอกสาร Software Components (WP 14)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สถาปัตยกรรมและการออกแบบอยู่ในเอกสาร Software Design (WP 12)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 Configuration Item และการควบคุมเวอร์ชันอยู่ในเอกสาร Software Configuration (WP 8)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