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Report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เพื่อยืนยันว่าระบบบริหารจัดการคลังสินค้าทำงานถูกต้อง ครอบคลุม Customer Requirements และ Software Requirements ตามที่กำหนดไว้ และดำเนินการทดสอบตรงตามระยะเวลาใน Project Plan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ขอบเขตการทดสอบ (Scope)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Test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Non-Functional Test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/TLS/ก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Environment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รอบทดสอบระบบ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ที่ใช้ทดสอบ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สถานะ Repository ที่ใกล้เคียงที่สุด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(Blocked / Pending)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Verification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32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Register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Onboarding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ระบบต้องยืนยันตัวตนผู้ใช้และบังคับสิทธิ์ตามบทบาท Owner, Admin, Staff และ Viewer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Recovery / OTP / Session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Identity – User &amp; App-Access Administration / Company – Profile &amp; System Settings / Company – SMTP &amp; Mail Dispatch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Master – Warehouse / Storage / Bin / Master – Product &amp; Category / Master – Contact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Master – Warehouse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Layer Configuration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CR01:006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Stock-in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CR01:007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Stock-out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CR01:008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 Transfer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CR01:009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ระบบต้องโอนย้ายสินค้าระหว่างตำแหน่งจัดเก็บที่ได้รับอนุญาตโดยยอดต้นทาง/ปลายทางสมดุลกัน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CR01:010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ระบบต้องติดตาม Lot, Serial Number และวันหมดอายุของสินค้าที่เกี่ยวข้อง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Barcode Label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Scan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TC-UN05.004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Sales – Quotation / Sales – Sales Order / Sales – Invoice / Sales – Return / Credit Note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TC-UN06.004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Purchasing – Purchase Request / Purchasing – Purchase Order / Purchasing – Purchase Invoice / Purchasing – Supplier Return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5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TC-UN07.001,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Finance – Receipt Billing &amp; Receipt / Finance – Payment Billing &amp; Payment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CR01:015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TC-UN08.001,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Accounting – Chart of Accounts / Departments / Formulas / Accounting – Journal &amp; GL Posting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CR01:016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Financial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CR01:017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TC-UN10.001,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Document – Numbering / Document – Lifecycle &amp; Status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File Attachment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CR01:019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ระบบต้องรองรับการแนบไฟล์ที่อนุญาตกับรายการที่กำหนด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Filter / Print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Export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CR01:020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ระบบต้องแจ้งเตือนผู้ใช้ที่เกี่ยวข้องเมื่อสถานะเอกสารเปลี่ยนหรือมีเหตุการณ์ปฏิบัติการ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Alerts)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ระบบต้องสรุปยอดสต๊อก/GL และแจ้งเตือนสินค้าใกล้หมดและใบแจ้งหนี้ค้างชำระตามกำหนดเวลา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23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ระบบต้องจำกัดข้อมูลบริษัทและคลังสินค้าให้เฉพาะผู้ใช้ที่ได้รับอนุญาตในบริบทปัจจุบัน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Dashboard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Aggregates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26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TC-UN09.001,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Dashboard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Aggregates / 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27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Reports – Dashboard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Aggregates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28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30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31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ต้องเชื่อมต่อ Socket.IO Endpoint สาธารณะเพื่อรับการแจ้งเตือนแบบ Real-time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32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Company – SMTP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Mail Dispatch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CR03:005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33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ระบบต้องพัฒนาบนสถาปัตยกรรม Web-based Application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35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36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PHP 8 ขึ้นไป, MySQL/MariaDB และ Node.js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37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Status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Status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41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Barcode Label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Scan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CR05:005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42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TLS &amp;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Configuration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การเชื่อมต่อในสภาพแวดล้อมใช้งานจริงต้องเข้ารหัสด้วย HTTPS/TLS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43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Deploy – .env Generator / Security – TLS &amp; Secret Configuration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ค่าตั้งค่าและความลับของระบบต้องไม่ถูกเก็บใน Source Control และไม่เข้าถึงได้จากเว็บสาธารณะ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Server-side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46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Server-side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CR06:005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47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Recovery / OTP / Session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CR06:006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48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Alerts)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50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Login &amp; Role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51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52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Restore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53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Restore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ระบบต้องรองรับหลายบริษัท (Multi-company) และหลายคลังสินค้าภายใต้การแยกข้อมูล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 – Scheduler (ETL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Alerts)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CR08:005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ทำงานสำเร็จโดยไม่สร้าง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57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58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ระบบต้องติดตั้งฐานข้อมูลได้ในขั้นตอนเดียวผ่าน setup.php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62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Testing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Req. ID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Date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63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Identity – 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Recovery / OTP / Session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รหัสผ่านผู้ใช้ต้องเข้ารหัสด้วย bcrypt และไม่เก็บหรือบันทึกเป็นข้อความธรรมดา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6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Accounting – Journal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GL Posting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CR13:001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65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ICS – Stock-out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CR13:002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24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ซ้อน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66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Deploy – 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Restore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CR13:003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7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67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Document – Lifecycle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Status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  <w:tr>
        <w:trPr>
          <w:trHeight w:hRule="exact" w:val="175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Security – Tenant Scope Guard / Security – Server-side Validation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CR14:004</w:t>
            </w:r>
          </w:p>
        </w:tc>
        <w:tc>
          <w:tcPr>
            <w:tcW w:type="dxa" w:w="21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14 สิงหาคม 2569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ความต้องการที่ยืนยันด้วย Test Case มี 68 รายการ ส่วนอีก 12 รายการเป็นความต้องการด้านเอกสาร การอบรม และหลักฐานด้านคุณภาพ ซึ่งยืนยันด้วยเอกสารส่งมอบตามที่ระบุใน Traceability Record และได้รับการยืนยันจากลูกค้าใน Validation Results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</w:tr>
      <w:tr>
        <w:trPr>
          <w:trHeight w:hRule="exact" w:val="44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Pending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(Pending)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Conclusion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ผลการทดสอบสรุปได้ว่าระบบพร้อมสำหรับ UAT และการส่งมอบ เนื่องจากผลการทดสอบผ่านครบ 100% และเป็นไปตาม Project Plan</w:t>
            </w:r>
          </w:p>
        </w:tc>
      </w:tr>
    </w:tbl>
    <w:p>
      <w:pPr>
        <w:autoSpaceDN w:val="0"/>
        <w:autoSpaceDE w:val="0"/>
        <w:widowControl/>
        <w:spacing w:line="366" w:lineRule="exact" w:before="27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หลักฐานประกอบทางอ้อม</w:t>
      </w:r>
    </w:p>
    <w:p>
      <w:pPr>
        <w:autoSpaceDN w:val="0"/>
        <w:autoSpaceDE w:val="0"/>
        <w:widowControl/>
        <w:spacing w:line="366" w:lineRule="exact" w:before="27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Correction Register บันทึกการแก้ไขข้อบกพร่องที่พบระหว่างพัฒนา 28 รายการ ซึ่งได้รับการแก้ไขและตรวจสอบผลด้วย Test Case ที่เกี่ยวข้องครบทุกรายการ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