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6" w:lineRule="exact" w:before="174" w:after="342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Presentation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JavaScript และ CSS ที่รองรับ Responsive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Business Logic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เรียกใช้จาก Page Controller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Access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SR08:001–SR08:005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Real-time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Scheduler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ควบคุมด้วย pm2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External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246" w:lineRule="exact" w:before="174" w:after="34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ชั้นการติดตั้ง (Tier)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Client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docker/php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(คลัง/บัญชี)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Service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ควบคุมด้วย pm2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ืนและใบลดหนี้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2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2839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283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4334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06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ของแอปพลิเคชัน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ณ วันที่กำหนด Baseline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docker/mariadb/init-wms2.sql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่าและชุดติด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(ไม่รวมค่าความลับ)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Products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Repository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เวลาที่กำหนด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24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52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452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ำหนดภายหลัง</w:t>
            </w:r>
          </w:p>
        </w:tc>
      </w:tr>
      <w:tr>
        <w:trPr>
          <w:trHeight w:hRule="exact" w:val="71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Register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Onboarding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ลงทะเบียนเจ้าของบริษัท, ยืนยันอีเมล, เชิญผู้ใช้และรับคำเชิญเข้าบริษัทที่ถูกต้อง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</w:t>
            </w:r>
          </w:p>
        </w:tc>
      </w:tr>
      <w:tr>
        <w:trPr>
          <w:trHeight w:hRule="exact" w:val="124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Login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Role Guard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UserManager.php, app/assets/utils/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Session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PasswordManager.php, PasswordResetManager.php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Administration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ปิดใช้ผู้ใช้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app/setting/, UserManager.php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UN02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</w:tr>
      <w:tr>
        <w:trPr>
          <w:trHeight w:hRule="exact" w:val="124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Settings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ระบบต่อบริษัท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CompanyProfileManager.php, CompanySettingManager.php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SMTP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Mail Dispatch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SmtpManager.php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 Storage / Bin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app/inventory/, WarehouseManager.php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Product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Category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app/contact/, ContactManager.php</w:t>
            </w:r>
          </w:p>
        </w:tc>
      </w:tr>
      <w:tr>
        <w:trPr>
          <w:trHeight w:hRule="exact" w:val="122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Layer Configuration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ชั้นต่อบริษัท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CompanySettingManager.php, WarehouseManager.php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app/ics/, StockManager.php, StockTablesTrait.php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 Transfer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Expiry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วันหมดอายุ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StockSourceManager.php, md_lot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Label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Scan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BarcodeManager.php, location_barcode_label.php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File Attachment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ดูไฟล์ที่อนุญาตในราย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ที่รองรับ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FileUploader.php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app/order/, QuotationManager.php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InvoiceManager.php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Credit Note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Request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app/po/, PurchaseRequestManager.php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Order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</w:t>
            </w:r>
          </w:p>
        </w:tc>
      </w:tr>
      <w:tr>
        <w:trPr>
          <w:trHeight w:hRule="exact" w:val="97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Invoice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PurchaseOrderManager.php, StockManager.php</w:t>
            </w:r>
          </w:p>
        </w:tc>
      </w:tr>
      <w:tr>
        <w:trPr>
          <w:trHeight w:hRule="exact" w:val="72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Supplier Return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SupplierReturnManager.php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 —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</w:tr>
      <w:tr>
        <w:trPr>
          <w:trHeight w:hRule="exact" w:val="124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Receipt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Receipt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ใบเสรจรับเงินผู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app/finance/, ReceiptBillingManager.php, ReceiptManager.php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Payment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Payment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ับใบแจ้งหนี้ซื้อ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PaymentBillingManager.php, PaymentManager.php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UN08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Departments / Formulas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app/accounting/, PostingManager.php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Journal &amp; GL Posting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app/journal/, PostingManager.php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Dashboard)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Dashboard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Aggregates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app/dashboard/, app/ac_dashboard/, EtlStockManager.php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ภาพรวมสต๊อ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Lot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app/reports/, ReportManager.php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Financial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Filter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Print / Export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app/reports/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Numbering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DocumentNumberManager.php</w:t>
            </w:r>
          </w:p>
        </w:tc>
      </w:tr>
      <w:tr>
        <w:trPr>
          <w:trHeight w:hRule="exact" w:val="122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Lifecycle &amp; Status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BatchActionManager.php, Manager classes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Fields &amp; History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td_* tables, td_bin_log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&amp; Scheduler)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nodejs/server.js</w:t>
            </w:r>
          </w:p>
        </w:tc>
      </w:tr>
      <w:tr>
        <w:trPr>
          <w:trHeight w:hRule="exact" w:val="99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(ETL &amp; Alerts)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nodejs/scheduler.js,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app/cron/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Tenant Scope)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Query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ลังที่ผู้ใช้ได้รับอนุญาต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StockTablesTrait.php,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Manager classes</w:t>
            </w:r>
          </w:p>
        </w:tc>
      </w:tr>
      <w:tr>
        <w:trPr>
          <w:trHeight w:hRule="exact" w:val="99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side Validation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app/assets/utils/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Lock &amp; Usage Guard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OperationLockManager.php, UsageGuard.php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TLS &amp; Secret Configuration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docker/php/config.php.template, .env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UN13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Backup)</w:t>
            </w:r>
          </w:p>
        </w:tc>
      </w:tr>
      <w:tr>
        <w:trPr>
          <w:trHeight w:hRule="exact" w:val="99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setup.php, docker/mariadb/init-wms2.sql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Stack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docker-compose.yml,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docker/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docker/init-env.sh,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.env.example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Restore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Guide, 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