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36" w:lineRule="exact" w:before="35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36" w:lineRule="exact" w:before="35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364" w:lineRule="exact" w:before="302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364" w:lineRule="exact" w:before="302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ตหรือสิ่งส่ง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ID</w:t>
            </w:r>
          </w:p>
        </w:tc>
        <w:tc>
          <w:tcPr>
            <w:tcW w:type="dxa" w:w="5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6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5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36" w:right="1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รณา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ผู้เสนอ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พ.ค.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18 พ.ค. 69, Correction Register ISS-023</w:t>
            </w:r>
          </w:p>
        </w:tc>
      </w:tr>
      <w:tr>
        <w:trPr>
          <w:trHeight w:hRule="exact" w:val="123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เตรียมข้อมูลสาธิตสำหรับการตรวจรับและการสาธิตระบบ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งานเตรียมการส่งมอบ Task 4.7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ส.ค. 69, 19 ส.ค. 69</w:t>
            </w:r>
          </w:p>
        </w:tc>
      </w:tr>
      <w:tr>
        <w:trPr>
          <w:trHeight w:hRule="exact" w:val="150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ปรับอัตลักษณ์องค์กรและจัดทำชุดติดตั้ง Docker Compose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ชุดติดตั้ง Docker Compose อยู่ในความต้องการ CR10:002 ตั้งแต่ Baseline และการปรับอัตลักษณ์องค์กรไม่เปลี่ยนแปลงฟังก์ชันหรือสิ่งส่งมอบ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งานเตรียมการส่งมอบ Task 4.7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ส.ค. 69, 24 ส.ค.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ารปรับปรุงที่เสนอและพิจารณา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อเปลี่ยนแปลงที่อนุมัติ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246" w:lineRule="exact" w:before="186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</w:tr>
      <w:tr>
        <w:trPr>
          <w:trHeight w:hRule="exact" w:val="720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704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Medium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66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