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Acceptance Report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ApS</w:t>
            </w:r>
          </w:p>
        </w:tc>
      </w:tr>
      <w:tr>
        <w:trPr>
          <w:trHeight w:hRule="exact" w:val="852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ารส่งมอบงาน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(Acceptance Record)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ผู้รับมอบ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คุณเสรี วิริยะสกุลธรณ์ (Project Sponsor)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วันที่บันทึ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ผลการตรวจรับ (Accepted / Not Accepted)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 200-WMS-26-001-00 Software Project Plan (พร้อม Work Schedule)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 200-WMS-26-001-00 Software Requirements Specification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Change Report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Case and Test Procedures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Results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User Document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ผลการตรวจรับ (Accepted / Not Accepted)</w:t>
            </w:r>
          </w:p>
        </w:tc>
      </w:tr>
      <w:tr>
        <w:trPr>
          <w:trHeight w:hRule="exact" w:val="99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พร้อมนำไปใช้งานจริง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ส่ง Source Code ผ่าน Git Repository และติดตั้ง (Git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0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 Operation Guide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ผลการตรวจสอบตามเกณฑ์การตรวจรับ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์ชันใน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ตทำงานตรงตาม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 Record, Test Report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Report 45 Test Case ผ่านทั้งหมด (10 สิงหาคม 2569 – 14 สิงหาคม 2569)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ารยอมรับโดยผู้ใช้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Validation Results ครบ 14 หมวดความต้องการ (80 รายการ) ผ่านทั้งหมด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พร่องระดับวิ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ฤต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Correction Register 28 รายการ แก้ไขและตรวจสอบครบ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เอกสารคู่มือผู้ใช้ ผู้ดูแลระบบ และการบำรุงรักษาครบถ้วน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User Document, Product Operation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Guide, Maintenance Document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และเอกสารจัดเก็บใน Repository พร้อมชุดสำรอง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Repository, 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(Backup)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โดยผู้ตรวจ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สอบอิสระ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ผลสรุป</w:t>
            </w:r>
          </w:p>
        </w:tc>
      </w:tr>
      <w:tr>
        <w:trPr>
          <w:trHeight w:hRule="exact" w:val="464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จำนวนสิ่งส่งมอบทั้งหมด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ตรวจรับแล้ว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(Accepted)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6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(Not Accepted)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</w:p>
        </w:tc>
      </w:tr>
      <w:tr>
        <w:trPr>
          <w:trHeight w:hRule="exact" w:val="464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ารตรวจรับโดยรวม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Accepted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— ตรวจรับส่งมอบระบบครบถ้วน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306" w:lineRule="exact" w:before="36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ผู้รับมอบได้ตรวจสอบสิ่งส่งมอบทั้งหมดตามเกณฑ์การตรวจรับที่กำหนดในเอกสาร Statement of Work และ Software Project Plan แล้วเห็นว่าครบถ้วนถูกต้อง จึงมีมติตรวจรับส่งมอบระบบเมื่อวันที่ 24 สิงหาคม 2569 โดยงานอบรมผู้ใช้งานและการปิดงานควบคุมปฏิบัติการจะดำเนินการให้แล้วเสร็จภายในวันที่ 24 สิงหาคม 2569 ตามแผนปิดโครงการ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4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cceptanc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