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Statement of Work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25690105 V1.0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ApS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ตงานและหนังสือเชิญประชุมเปิดโ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มกราคม 2569 – 24 สิงหาคม 2569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Duration</w:t>
            </w:r>
          </w:p>
        </w:tc>
        <w:tc>
          <w:tcPr>
            <w:tcW w:type="dxa" w:w="2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46" w:lineRule="exact" w:before="42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วันที่ 5 มกราคม 2569</w:t>
      </w:r>
    </w:p>
    <w:p>
      <w:pPr>
        <w:autoSpaceDN w:val="0"/>
        <w:autoSpaceDE w:val="0"/>
        <w:widowControl/>
        <w:spacing w:line="246" w:lineRule="exact" w:before="234" w:after="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เรื่อง: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ขอบเขตงานโครงการพัฒนาระบบบริหารจัดการคลังสินค้า และนัดประชุมเปิดโครงการ</w:t>
      </w:r>
    </w:p>
    <w:p>
      <w:pPr>
        <w:autoSpaceDN w:val="0"/>
        <w:autoSpaceDE w:val="0"/>
        <w:widowControl/>
        <w:spacing w:line="244" w:lineRule="exact" w:before="220" w:after="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เรียน: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ผู้บริหาร หัวหน้าฝ่าย และผู้เกี่ยวข้องทุกฝ่าย</w:t>
      </w:r>
    </w:p>
    <w:p>
      <w:pPr>
        <w:autoSpaceDN w:val="0"/>
        <w:autoSpaceDE w:val="0"/>
        <w:widowControl/>
        <w:spacing w:line="244" w:lineRule="exact" w:before="2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ตามที่ บริษัท บี.อาร์.เอ็น เอ็นเตอร์ไพรส์ จำกัด ได้ใช้การบันทึกข้อมูลคลังสินค้าด้วยกระบวนการที่กระจายอยู่หลายระบบและบางส่วนยังใช้เอกสารกระดาษ ซึ่งปัจจุบันพบว่ามีข้อจำกัดด้านความถูกต้องของยอดสินค้าคงคลัง ความรวดเร็วในการตรวจสอบ และการเชื่อมโยงกับงานขาย งานจัดซื้อ และงานบัญชี ผู้บริหารจึงเล็งเห็นความจำเป็นในการพัฒนาระบบบริหารจัดการคลังสินค้า (Warehouse Management System) ขึ้นใหม่ เพื่อให้การปฏิบัติงานมีความถูกต้อง ตรวจสอบย้อนกลับได้ และรองรับการเติบโตของธุรกิจ</w:t>
      </w:r>
    </w:p>
    <w:p>
      <w:pPr>
        <w:autoSpaceDN w:val="0"/>
        <w:autoSpaceDE w:val="0"/>
        <w:widowControl/>
        <w:spacing w:line="246" w:lineRule="exact" w:before="23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ดังนั้น จึงขอนัดประชุมเพื่อหารือร่วมกันระหว่างทุกฝ่ายที่เกี่ยวข้อง เพื่อ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3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รับฟังข้อเสนอแนะจากฝ่ายคลังสินค้า ฝ่ายขาย ฝ่ายจัดซื้อ และฝ่ายบัญชี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กำหนดแนวทางและกรอบความต้องการของระบบ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วางแผนดำเนินการพัฒนาและกำหนดผู้รับผิดชอบ</w:t>
      </w:r>
    </w:p>
    <w:p>
      <w:pPr>
        <w:autoSpaceDN w:val="0"/>
        <w:autoSpaceDE w:val="0"/>
        <w:widowControl/>
        <w:spacing w:line="266" w:lineRule="exact" w:before="38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รายละเอียดการประชุม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วัน เวลา: 5 มกราคม 2569 เวลา 09.00 – 11.00 น.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สถานที่: ห้องประชุม บริษัท บี.อาร์.เอ็น เอ็นเตอร์ไพรส์ จำกัด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ผู้เข้าร่วม: ผู้บริหาร / ผู้จัดการ / หัวหน้าฝ่ายที่เกี่ยวข้อง และทีมพัฒนาระบบ</w:t>
      </w:r>
    </w:p>
    <w:p>
      <w:pPr>
        <w:autoSpaceDN w:val="0"/>
        <w:autoSpaceDE w:val="0"/>
        <w:widowControl/>
        <w:spacing w:line="268" w:lineRule="exact" w:before="396" w:after="12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 วัตถุประสงค์ของโครงการ</w:t>
      </w:r>
    </w:p>
    <w:p>
      <w:pPr>
        <w:autoSpaceDN w:val="0"/>
        <w:autoSpaceDE w:val="0"/>
        <w:widowControl/>
        <w:spacing w:line="244" w:lineRule="exact" w:before="6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พัฒนาระบบบริหารจัดการคลังสินค้าแบบ Web-based รองรับหลายบริษัทและหลายคลังสินค้า</w:t>
      </w:r>
    </w:p>
    <w:p>
      <w:pPr>
        <w:autoSpaceDN w:val="0"/>
        <w:autoSpaceDE w:val="0"/>
        <w:widowControl/>
        <w:spacing w:line="244" w:lineRule="exact" w:before="6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รองรับการรับเข้า จ่ายออก โอนย้าย ตรวจนับ พร้อมติดตาม Lot, Serial Number และวันหมดอายุ</w:t>
      </w:r>
    </w:p>
    <w:p>
      <w:pPr>
        <w:autoSpaceDN w:val="0"/>
        <w:autoSpaceDE w:val="0"/>
        <w:widowControl/>
        <w:spacing w:line="244" w:lineRule="exact" w:before="6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ลดข้อผิดพลาดจากการทำงานด้วยมือ และเพิ่มความสามารถในการตรวจสอบย้อนกลับ</w:t>
      </w:r>
    </w:p>
    <w:p>
      <w:pPr>
        <w:sectPr>
          <w:headerReference w:type="default" r:id="rId16"/>
          <w:footerReference w:type="default" r:id="rId17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tabs>
          <w:tab w:pos="652" w:val="left"/>
        </w:tabs>
        <w:autoSpaceDE w:val="0"/>
        <w:widowControl/>
        <w:spacing w:line="240" w:lineRule="auto" w:before="26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รองรับงานขาย งานจัดซื้อ งานการเงิน และการบันทึกบัญชีที่เกี่ยวข้อง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ควบคุมความปลอดภัย การแยกข้อมูลระหว่างบริษัท สิทธิ์การใช้งาน และการแจ้งเตือนแบบ Real-time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2 ขอบเขตงาน (Scope of Work)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ระบบย่อย</w:t>
            </w:r>
          </w:p>
        </w:tc>
      </w:tr>
      <w:tr>
        <w:trPr>
          <w:trHeight w:hRule="exact" w:val="98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ใช้งานและสิทธิ์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ลงทะเบียนเจ้าของบริษัทและเชิญผู้ใช้งาน (Onboarding) / เข้าสู่ระบบและควบคุมสิทธิ์ตามบทบาท Owner / Admin / Staff / Viewer / กู้คืนรหัสผ่าน, OTP และควบคุม Session / ตั้งค่าบริษัท, SMTP, ผู้ใช้งาน และสิทธิ์การเข้าถึงแอปพลิเคชัน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ระบบข้อมูลหลัก (Master Data)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คลังสินค้า, พื้นที่จัดเก็บ, ช่องจัดเก็บ (Bin) / หมวดสินค้าและสินค้า / ประเภทผู้ติดต่อและผู้ติดต่อ (ลูกค้า/ผู้ขาย) / รองรับโครงสร้างคลังแบบชั้นเดียวและแบบหลายชั้น</w:t>
            </w:r>
          </w:p>
        </w:tc>
      </w:tr>
      <w:tr>
        <w:trPr>
          <w:trHeight w:hRule="exact" w:val="99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Control)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รับสินค้าเข้า (Stock-in) / จ่ายสินค้าออก (Stock-out) พร้อมตรวจสอบยอดคงเหลือ / โอนย้ายสินค้าระหว่างคลัง/ตำแหน่ง / ติดตาม Lot, Serial Number และวันหมดอายุ / พิมพ์บาร์โค้ดสินค้า/ตำแหน่ง และรองรับการสแกน / แนบไฟล์ประกอบรายการ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(Quotation)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 Order)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(Invoice)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ใบลด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(Return / Credit Note)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ระบบจัดซื้อ (Purchasing)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Request)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Order)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Invoice)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(Supplier Return)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ระบบการเงิน (Finance)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ใบเสร็จรับเงิน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ระบบบัญชี (Accounting)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ผังบัญชี, แผนก, สูตรบัญชี / สมุดรายวันและบัญชีแยกประเภท (Journal / GL) / รายงานงบทดลอง, งบกำไรขาดทุน, งบดุล, ภาษีมูลค่าเพิ่ม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ระบบรายงานและแดช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บอร์ด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แดชบอร์ดคลังสินค้าและบัญชี / รายงานสต๊อก, ความเคลื่อนไหว, ความจุคลัง, สินค้าใกล้หมด, สินค้าหมดอายุ, Lot / กรอง ดู พิมพ์ และส่งออกรายงาน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สารอัตโนมัติตามลำดับที่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ุมสถานะและวงจรชีวิต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ประวัติราย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ระบบแจ้งเตือนและงานตามกำหนดเวลา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แจ้งเตือนแบบ Real-time ผ่าน Node.js / Socket.IO / งานสรุปยอดสต๊อก/GL และแจ้งเตือนสินค้าใกล้หมด, ใบแจ้งหนี้ค้างชำระ ตามกำหนดเวลา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ติดตั้งแบบ Manual ผ่าน setup.php / ติดตั้งแบบ Container ผ่าน Docker Compose (php-apache, mariadb, node/pm2) / สร้างค่าตั้งค่าและความลับของระบบจาก .env โดยไม่เก็บใน Source Control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3 สิ่งส่งมอบ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 200-WMS-26-001-00 Software Project Plan (พร้อม Work Schedule)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Customer Requirements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Specification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Design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Change Report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52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Test Case and Test Procedures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Validation Results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User Document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9.0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BRN WMS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ารทดสอบพร้อมนำไปใช้งานจริง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Git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และติด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Product Operation Guide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Maintenance Document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4 ข้อยกเว้นและข้อสมมติ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ไม่รวมการจัดหาเครื่องแม่ข่าย อุปกรณ์เครือข่าย เครื่องอ่านบาร์โค้ด หรือบริการภายนอก เว้นแต่ได้รับอนุมัติแยกต่างหาก</w:t>
      </w:r>
    </w:p>
    <w:p>
      <w:pPr>
        <w:autoSpaceDN w:val="0"/>
        <w:autoSpaceDE w:val="0"/>
        <w:widowControl/>
        <w:spacing w:line="246" w:lineRule="exact" w:before="70" w:after="0"/>
        <w:ind w:left="65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หา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การย้ายข้อมูลจากระบบเดิม การเชื่อมต่อ ERP หรือบริการภายนอก ต้องผ่านกระบวนการ Change Request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ผู้มีส่วนได้ส่วนเสียต้องให้ข้อมูล ตรวจสอบเอกสาร และร่วมทดสอบตามกำหนดเวลา</w:t>
      </w:r>
    </w:p>
    <w:p>
      <w:pPr>
        <w:autoSpaceDN w:val="0"/>
        <w:autoSpaceDE w:val="0"/>
        <w:widowControl/>
        <w:spacing w:line="268" w:lineRule="exact" w:before="39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5 แผนงานและหลักไมล์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ช่วงงาน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</w:t>
            </w:r>
          </w:p>
        </w:tc>
      </w:tr>
      <w:tr>
        <w:trPr>
          <w:trHeight w:hRule="exact" w:val="466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เริ่มต้นและวางแผนโ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18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พัฒนาและทดสอบภายใน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19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29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64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ทดสอบ จัดทำเอกสาร และส่งมอบ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วันสิ้นสุดโ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ารอย่างเป็นทาง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6 เกณฑ์การตรวจรับ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4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ฟังก์ชันในขอบเขตผ่าน Test Case และเชื่อมโยงกับความต้องการใน Traceability Record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ไม่มีข้อบกพร่องระดับวิกฤตที่ขัดขวางการใช้งานคงค้าง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มีคู่มือติดตั้ง คู่มือผู้ใช้ คู่มือผู้ดูแลระบบ และคู่มือบำรุงรักษาครบถ้วน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ผลการตรวจสอบ (Verification) การทดสอบการยอมรับ (Validation) และการตรวจรับได้รับการลงนามโดยผู้มีอำนาจ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7 การควบคุมการเปลี่ยนแปลง</w:t>
      </w:r>
    </w:p>
    <w:p>
      <w:pPr>
        <w:autoSpaceDN w:val="0"/>
        <w:autoSpaceDE w:val="0"/>
        <w:widowControl/>
        <w:spacing w:line="300" w:lineRule="exact" w:before="130" w:after="0"/>
        <w:ind w:left="256" w:right="876" w:firstLine="0"/>
        <w:jc w:val="both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การเปลี่ยนแปลงขอบเขต กำหนดเวลา หรือสิ่งส่งมอบ ต้องบันทึกใน Change Report ประเมินผลกระทบ และได้รับอนุมัติก่อนดำเนินการ ส่วนการแก้ไขข้อบกพร่องต้องบันทึกใน Correction Register และเชื่อมโยงกับหลักฐานการทดสอบที่เกี่ยวข้อง</w:t>
      </w:r>
    </w:p>
    <w:p>
      <w:pPr>
        <w:autoSpaceDN w:val="0"/>
        <w:autoSpaceDE w:val="0"/>
        <w:widowControl/>
        <w:spacing w:line="244" w:lineRule="exact" w:before="2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จึงเรียนมาเพื่อโปรดพิจารณาและเข้าร่วมประชุมโดยพร้อมเพรียงกัน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4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SoW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tatement-of-wo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