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เพื่อกำหนดแนวทางการบำรุงรักษาระบบหลังจากส่งมอบและเปิดใช้งานจริง ครอบคลุมการแก้ไขข้อผิดพลาด การปรับปรุง และการป้องกัน เพื่อให้ระบบมีความเสถียร ปลอดภัย ต่อเนื่อง และสอดคล้องกับความต้องการของผู้ใช้งาน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ขอบเขตการบำรุงรักษา (Maintenance Scope)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94"/>
        <w:gridCol w:w="8177"/>
      </w:tblGrid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Type</w:t>
            </w:r>
          </w:p>
        </w:tc>
      </w:tr>
      <w:tr>
        <w:trPr>
          <w:trHeight w:hRule="exact" w:val="434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MD-001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Web Server (PHP 8, Apache, Linux Server)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MD-002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Application Modules (11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MD-003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(MariaDB —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436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MD-004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MD-005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Real-time &amp; Scheduler Services (Node.js, Socket.IO, pm2)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MD-006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Components: Git Server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69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MD-007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Repository (Backup): Git Remote สำรอง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และชุดสำรองฐานข้อมูลบนคลาวด์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ประเภทการบำรุงรักษา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35"/>
        <w:gridCol w:w="2468"/>
        <w:gridCol w:w="5868"/>
      </w:tblGrid>
      <w:tr>
        <w:trPr>
          <w:trHeight w:hRule="exact" w:val="450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Corrective Maintenance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(Bug Fix)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Adaptive Maintenance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ปรับระบบให้รองรับ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หรือระบบปฏิบัติ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ารรุ่นใหม่</w:t>
            </w:r>
          </w:p>
        </w:tc>
      </w:tr>
      <w:tr>
        <w:trPr>
          <w:trHeight w:hRule="exact" w:val="434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Preventive Maintenance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(Patch Security)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กิจกรรมการบำรุงรักษา (Maintenance Activities)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514"/>
        <w:gridCol w:w="4037"/>
        <w:gridCol w:w="1490"/>
        <w:gridCol w:w="1375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Error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Log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Log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้อผิดพลาดที่พบ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รายสัปดาห์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Patch Security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ปรับปรุงแพตช์ความปลอดภัยของ PHP, MariaDB, Node.js และใบรับรอง TLS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รายเดือน หรือเมื่อมี Critical Patch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94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Backup &amp; Recovery Test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ตรวจสอบชุดสำรองรายวันและทดสอบ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สำรองทุกวัน ทดสอบกู้คืนทุกไตรมาส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7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Monitor Uptime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ตรวจสอบความพร้อมใช้งานของเว็บ ฐานข้อมูล และบริการ Node.js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 5 นาที (อัตโนมัติ)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ตรวจสอบว่างานสรุปยอดสต๊อ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รายวัน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Support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Training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สนับสนุนผู้ใช้งาน ปรับปรุงคู่มือ และอบรมเมื่อมีการปรับปรุงระบบ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ทุกครั้งที่มี Release ใหม่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ข้อตกลงระดับการให้บริการ (Service Level Agreement)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525"/>
        <w:gridCol w:w="4184"/>
        <w:gridCol w:w="2707"/>
      </w:tblGrid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ระดับปัญหา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Incident Critical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ระบบไม่สามารถใช้งานได้ หรือกระทบความปลอดภัยและความถูกต้องของข้อมูล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Major Issue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ฟังก์ชันสำคัญใช้งานไม่ได้ แต่มีทางเลี่ยงชั่วคราว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Minor Issue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ปัญหาที่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น้อย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Feature Request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ารเพิ่มเติมนอ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ตเดิม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พิจารณาใน Release ถัดไปผ่าน Change Report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แนวทางการแก้ไขและปรับปรุงระบบ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807"/>
        <w:gridCol w:w="6609"/>
      </w:tblGrid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Manager Class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ที่รับผิดชอบจา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Components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โดยตรง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(32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เพื่อไม่ให้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หากกระทบขอบเขตหรือ Baseline ที่ส่งมอบแล้ว ต้องจัดทำ Change Report ก่อนดำเนินการ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สะท้อนการเปลี่ยนแปลงโครงสร้างใน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และตาราง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schema_migrations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เสมอ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ทดสอบด้วย Test Case ที่เกี่ยวข้อง แล้วบันทึกผลใน Correction Register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ปรับปรุงชุดสำรอง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ซิงก์การเปลี่ยนแปลงไปยัง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