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User Document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ารใช้งานสำหรับผู้ใช้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คู่มือฉบับนี้จัดทำขึ้นเพื่อเป็นแนวทางสำหรับผู้ใช้งานระบบบริหารจัดการคลังสินค้า ครอบคลุมการเข้าสู่ระบบ การตั้งค่าข้อมูลหลัก การบันทึกรายการคลังสินค้า งานขาย งานจัดซื้อ งานการเงินและบัญชี การเรียกดูรายงาน และการรับการแจ้งเตือน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การเข้าสู่ระบบ (System Access)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04"/>
        <w:gridCol w:w="8367"/>
      </w:tblGrid>
      <w:tr>
        <w:trPr>
          <w:trHeight w:hRule="exact" w:val="436"/>
        </w:trPr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83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83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(Chrome, Edge, 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URL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</w:tr>
      <w:tr>
        <w:trPr>
          <w:trHeight w:hRule="exact" w:val="434"/>
        </w:trPr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83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ผู้ใช้งานใหม่ที่เป็นเจ้า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องบริษัทให้เลือ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"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"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และยืนยันอีเมลเพื่อเปิดใช้งาน</w:t>
            </w:r>
          </w:p>
        </w:tc>
      </w:tr>
      <w:tr>
        <w:trPr>
          <w:trHeight w:hRule="exact" w:val="450"/>
        </w:trPr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83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ผู้ใช้งานที่ได้รับคำเชิญให้กดลิงก์ในอีเมลเชิญ แล้วตั้งรหัสผ่านเพื่อเข้าร่วมบริษัท</w:t>
            </w:r>
          </w:p>
        </w:tc>
      </w:tr>
      <w:tr>
        <w:trPr>
          <w:trHeight w:hRule="exact" w:val="436"/>
        </w:trPr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83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กรณีลืมรหัสผ่าน ให้เลือก "ลืมรหัสผ่าน" ระบบจะส่งลิงก์และรหัส OTP ไปยังอีเมลที่ลงทะเบียนไว้</w:t>
            </w:r>
          </w:p>
        </w:tc>
      </w:tr>
      <w:tr>
        <w:trPr>
          <w:trHeight w:hRule="exact" w:val="450"/>
        </w:trPr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83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ระบบอนุญาตให้ใช้งานได้ครั้งละหนึ่ง Session ต่อบัญชี หากเข้าสู่ระบบจากอุปกรณ์ใหม่ระบบจะปฏิเสธการเข้าใช้งานซ้ำ</w:t>
            </w:r>
          </w:p>
        </w:tc>
      </w:tr>
      <w:tr>
        <w:trPr>
          <w:trHeight w:hRule="exact" w:val="434"/>
        </w:trPr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83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หน้าจอรองรับการใช้งานบนคอมพิวเตอร์ แท็บเล็ต และโทรศัพท์มือถือ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บทบาทและสิทธิ์การใช้งาน (Roles)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6"/>
        <w:gridCol w:w="7785"/>
      </w:tblGrid>
      <w:tr>
        <w:trPr>
          <w:trHeight w:hRule="exact" w:val="436"/>
        </w:trPr>
        <w:tc>
          <w:tcPr>
            <w:tcW w:type="dxa" w:w="1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7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</w:t>
            </w:r>
          </w:p>
        </w:tc>
      </w:tr>
      <w:tr>
        <w:trPr>
          <w:trHeight w:hRule="exact" w:val="450"/>
        </w:trPr>
        <w:tc>
          <w:tcPr>
            <w:tcW w:type="dxa" w:w="1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7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เจ้าของบริษัท ใช้งานได้ทุกเมนู รวมถึงการตั้งค่าบริษัทและการจัดการผู้ใช้</w:t>
            </w:r>
          </w:p>
        </w:tc>
      </w:tr>
      <w:tr>
        <w:trPr>
          <w:trHeight w:hRule="exact" w:val="434"/>
        </w:trPr>
        <w:tc>
          <w:tcPr>
            <w:tcW w:type="dxa" w:w="1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Admin</w:t>
            </w:r>
          </w:p>
        </w:tc>
        <w:tc>
          <w:tcPr>
            <w:tcW w:type="dxa" w:w="7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จัดการข้อมูลหลัก ผู้ใช้งาน สิทธิ์การเข้าถึง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1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Staff</w:t>
            </w:r>
          </w:p>
        </w:tc>
        <w:tc>
          <w:tcPr>
            <w:tcW w:type="dxa" w:w="7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บันทึกรายการคลังสินค้า ขาย จัดซื้อ และการเงิน ตามสิทธิ์ที่ได้รับ</w:t>
            </w:r>
          </w:p>
        </w:tc>
      </w:tr>
      <w:tr>
        <w:trPr>
          <w:trHeight w:hRule="exact" w:val="436"/>
        </w:trPr>
        <w:tc>
          <w:tcPr>
            <w:tcW w:type="dxa" w:w="1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Viewer</w:t>
            </w:r>
          </w:p>
        </w:tc>
        <w:tc>
          <w:tcPr>
            <w:tcW w:type="dxa" w:w="7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ดูหน้าจอและรายงานที่ได้รับสิทธิ์ แต่ไม่สามารถสร้างหรือแก้ไขรายการได้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13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เมนูและปุ่มคำสั่งที่แสดงจะเปลี่ยนตามบทบาทและสิทธิ์การเข้าถึงที่ผู้ดูแลระบบกำหนด</w:t>
      </w:r>
    </w:p>
    <w:p>
      <w:pPr>
        <w:sectPr>
          <w:headerReference w:type="default" r:id="rId14"/>
          <w:footerReference w:type="default" r:id="rId15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หน้าแรกและแดชบอร์ด (Dashboard)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แดชบอร์ดคลังสินค้าแสดงยอดสินค้าคงเหลือ สินค้าใกล้หมด และความเคลื่อนไหวล่าสุด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แดชบอร์ดบัญชีแสดงภาพรวมรายรับ รายจ่าย และยอดค้างชำระ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4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ตัวเลขบนแดชบอร์ดคำนวณจากตารางสรุปยอดที่ปรับปรุงตามกำหนดเวลา รายการที่เพิ่งบันทึกอาจแสดงผลช้ากว่าข้อมูลจริงเล็กน้อย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การตั้งค่าข้อมูลหลัก (Master Data)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ก่อนเริ่มบันทึกรายการ ผู้ใช้ระดับ Owner หรือ Admin ต้องตั้งค่าข้อมูลหลักตามลำดับ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คลังสินค้า พื้นที่จัดเก็บ และช่องจัดเก็บ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เลือกใช้โครงสร้างแบบคลังเดียวหรือแบบหลายชั้น (คลัง / พื้นที่ / ช่อง) ตามลักษณะการทำงาน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หมวดสินค้าและสินค้า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ระบุรหัสสินค้า ชื่อ หน่วยนับ และรูปสินค้า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ประเภทผู้ติดต่อและผู้ติดต่อ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บันทึกข้อมูลลูกค้าและผู้ขายที่ใช้ในเอกสารขายและจัดซื้อ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ข้อมูลบริษัทและ SMTP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ตั้งค่าข้อมูลบริษัท โลโก้ และบัญชีอีเมลสำหรับส่งการแจ้งเตือน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งานคลังสินค้า (Inventory Operations)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10"/>
        <w:gridCol w:w="7861"/>
      </w:tblGrid>
      <w:tr>
        <w:trPr>
          <w:trHeight w:hRule="exact" w:val="436"/>
        </w:trPr>
        <w:tc>
          <w:tcPr>
            <w:tcW w:type="dxa" w:w="12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เมนู</w:t>
            </w:r>
          </w:p>
        </w:tc>
        <w:tc>
          <w:tcPr>
            <w:tcW w:type="dxa" w:w="7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</w:t>
            </w:r>
          </w:p>
        </w:tc>
      </w:tr>
      <w:tr>
        <w:trPr>
          <w:trHeight w:hRule="exact" w:val="690"/>
        </w:trPr>
        <w:tc>
          <w:tcPr>
            <w:tcW w:type="dxa" w:w="12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7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เลือกสินค้า ระบุจำนวน ตำแหน่งจัดเก็บ และเอกสารอ้างอิง หากสินค้ามี Lot, Serial Number หรือวันหมดอายุ ให้ระบุเพิ่มเพื่อการสอบกลับ</w:t>
            </w:r>
          </w:p>
        </w:tc>
      </w:tr>
      <w:tr>
        <w:trPr>
          <w:trHeight w:hRule="exact" w:val="450"/>
        </w:trPr>
        <w:tc>
          <w:tcPr>
            <w:tcW w:type="dxa" w:w="12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7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เลือกสินค้าและจำนวนที่ต้องการจ่าย ระบบจะตรวจสอบยอดคงเหลือก่อนอนุมัติรายการ หากจ่ายเกินยอดระบบจะปฏิเสธ</w:t>
            </w:r>
          </w:p>
        </w:tc>
      </w:tr>
      <w:tr>
        <w:trPr>
          <w:trHeight w:hRule="exact" w:val="434"/>
        </w:trPr>
        <w:tc>
          <w:tcPr>
            <w:tcW w:type="dxa" w:w="12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7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ระบุตำแหน่งต้นทางและปลายทาง ระบบจะบันทึกเป็นรายการโอนเดียวที่สอบกลับได้</w:t>
            </w:r>
          </w:p>
        </w:tc>
      </w:tr>
      <w:tr>
        <w:trPr>
          <w:trHeight w:hRule="exact" w:val="450"/>
        </w:trPr>
        <w:tc>
          <w:tcPr>
            <w:tcW w:type="dxa" w:w="12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</w:t>
            </w:r>
          </w:p>
        </w:tc>
        <w:tc>
          <w:tcPr>
            <w:tcW w:type="dxa" w:w="7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เลือกสินค้าหรือตำแหน่งจัดเก็บเพื่อพิมพ์ฉลากบาร์โค้ด และใช้เครื่องสแกนในหน้าจอที่รองรับ</w:t>
            </w:r>
          </w:p>
        </w:tc>
      </w:tr>
      <w:tr>
        <w:trPr>
          <w:trHeight w:hRule="exact" w:val="436"/>
        </w:trPr>
        <w:tc>
          <w:tcPr>
            <w:tcW w:type="dxa" w:w="12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แนบไฟล์</w:t>
            </w:r>
          </w:p>
        </w:tc>
        <w:tc>
          <w:tcPr>
            <w:tcW w:type="dxa" w:w="7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แนบเอ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ารได้ตามประเภทไฟล์ที่อนุญาต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งานขาย (Sales)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สร้าง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ใบเสนอราคา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ให้ลูกค้า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แปลงใบเสนอราคาที่ลูกค้าตอบรับเป็น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ใบสั่งขาย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ออก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ใบแจ้งหนี้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จากใบสั่งขาย ระบบจะบันทึกรายการบัญชีที่เกี่ยวข้องให้อัตโนมัติ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กรณีมีการคืนสินค้า 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ใบรับคืน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และออก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ใบลดหนี้</w:t>
      </w:r>
    </w:p>
    <w:p>
      <w:pPr>
        <w:autoSpaceDN w:val="0"/>
        <w:autoSpaceDE w:val="0"/>
        <w:widowControl/>
        <w:spacing w:line="244" w:lineRule="exact" w:before="2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ทุกขั้นตอนต้องเปลี่ยนสถานะตามลำดับที่ระบบกำหนด หากเปลี่ยนสถานะข้ามขั้นระบบจะปฏิเสธพร้อมแสดงข้อความ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งานจัดซื้อ (Purchasing)</w:t>
      </w:r>
    </w:p>
    <w:p>
      <w:pPr>
        <w:autoSpaceDN w:val="0"/>
        <w:autoSpaceDE w:val="0"/>
        <w:widowControl/>
        <w:spacing w:line="360" w:lineRule="exact" w:before="72" w:after="1478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ใบขอซื้อ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และส่งให้ผู้มีอำนาจอนุมัติ</w:t>
      </w:r>
    </w:p>
    <w:p>
      <w:pPr>
        <w:autoSpaceDN w:val="0"/>
        <w:autoSpaceDE w:val="0"/>
        <w:widowControl/>
        <w:spacing w:line="360" w:lineRule="exact" w:before="72" w:after="1478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แปลงใบขอซื้อที่อนุมัติแล้วเป็น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ใบสั่งซื้อ</w:t>
      </w:r>
    </w:p>
    <w:p>
      <w:pPr>
        <w:autoSpaceDN w:val="0"/>
        <w:autoSpaceDE w:val="0"/>
        <w:widowControl/>
        <w:spacing w:line="360" w:lineRule="exact" w:before="72" w:after="1478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เมื่อได้รับสินค้าให้บันทึก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ใบแจ้งหนี้ซื้อ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ระบบจะรับสินค้าเข้าคลังและบันทึกบัญชีที่เกี่ยวข้อง</w:t>
      </w:r>
    </w:p>
    <w:p>
      <w:pPr>
        <w:autoSpaceDN w:val="0"/>
        <w:autoSpaceDE w:val="0"/>
        <w:widowControl/>
        <w:spacing w:line="360" w:lineRule="exact" w:before="72" w:after="1478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กรณีคืนสินค้าให้ผู้ขาย 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ใบคืนสินค้าผู้ขาย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งานการเงินและบัญชี (Finance &amp; Accounting)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479"/>
        <w:gridCol w:w="6592"/>
      </w:tblGrid>
      <w:tr>
        <w:trPr>
          <w:trHeight w:hRule="exact" w:val="436"/>
        </w:trPr>
        <w:tc>
          <w:tcPr>
            <w:tcW w:type="dxa" w:w="24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</w:p>
        </w:tc>
        <w:tc>
          <w:tcPr>
            <w:tcW w:type="dxa" w:w="6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48"/>
        </w:trPr>
        <w:tc>
          <w:tcPr>
            <w:tcW w:type="dxa" w:w="24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ใบวางบิลรับและใบเสร็จรับเงิน</w:t>
            </w:r>
          </w:p>
        </w:tc>
        <w:tc>
          <w:tcPr>
            <w:tcW w:type="dxa" w:w="6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บันทึกการวางบิลและการรับชำระจากลูกค้า ผูกกับใบแจ้งหนี้ที่เกี่ยวข้อง</w:t>
            </w:r>
          </w:p>
        </w:tc>
      </w:tr>
      <w:tr>
        <w:trPr>
          <w:trHeight w:hRule="exact" w:val="436"/>
        </w:trPr>
        <w:tc>
          <w:tcPr>
            <w:tcW w:type="dxa" w:w="24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ใบวางบิลจ่ายและใบสำ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</w:p>
        </w:tc>
        <w:tc>
          <w:tcPr>
            <w:tcW w:type="dxa" w:w="6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บันทึกการวางบิลและการจ่ายชำระให้ผู้ขาย ผูกกับใบแจ้งหนี้ซื้อ</w:t>
            </w:r>
          </w:p>
        </w:tc>
      </w:tr>
      <w:tr>
        <w:trPr>
          <w:trHeight w:hRule="exact" w:val="452"/>
        </w:trPr>
        <w:tc>
          <w:tcPr>
            <w:tcW w:type="dxa" w:w="24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ผังบัญชีและแผน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6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Owner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Admin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เป็นผู้ดูแลโ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รงสร้างบัญชี</w:t>
            </w:r>
          </w:p>
        </w:tc>
      </w:tr>
      <w:tr>
        <w:trPr>
          <w:trHeight w:hRule="exact" w:val="432"/>
        </w:trPr>
        <w:tc>
          <w:tcPr>
            <w:tcW w:type="dxa" w:w="24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</w:p>
        </w:tc>
        <w:tc>
          <w:tcPr>
            <w:tcW w:type="dxa" w:w="6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บันทึกรายการบัญชีจากเอกสารต้นทางหรือบันทึกเองตามสิทธิ์ รายการต้องสมดุลจึงจะบันทึกได้</w:t>
            </w:r>
          </w:p>
        </w:tc>
      </w:tr>
    </w:tbl>
    <w:p>
      <w:pPr>
        <w:autoSpaceDN w:val="0"/>
        <w:autoSpaceDE w:val="0"/>
        <w:widowControl/>
        <w:spacing w:line="266" w:lineRule="exact" w:before="3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รายงาน (Reports)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รายงานคลังสินค้า ได้แก่ ภาพรวมสต๊อก ความเคลื่อนไหว ความจุคลัง สินค้าใกล้หมด สินค้าหมดอายุ และรายงาน Lot</w:t>
      </w:r>
    </w:p>
    <w:p>
      <w:pPr>
        <w:autoSpaceDN w:val="0"/>
        <w:autoSpaceDE w:val="0"/>
        <w:widowControl/>
        <w:spacing w:line="210" w:lineRule="exact" w:before="90" w:after="0"/>
        <w:ind w:left="65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Lot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รายงานการเงิน ได้แก่ งบทดลอง งบกำไรขาดทุน งบดุล ภาษีมูลค่าเพิ่ม สมุดรายวัน และความเคลื่อนไหวบัญชีแยกประเภท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ทุกรายงานกรอง ดู พิมพ์ และส่งออกได้ ภายใต้ขอบเขตบริษัทและสิทธิ์ของผู้ใช้</w:t>
      </w:r>
    </w:p>
    <w:p>
      <w:pPr>
        <w:autoSpaceDN w:val="0"/>
        <w:autoSpaceDE w:val="0"/>
        <w:widowControl/>
        <w:spacing w:line="268" w:lineRule="exact" w:before="38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การแจ้งเตือน (Notification)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ระบบแจ้งเตือนผู้ใช้ที่เกี่ยวข้องแบบ Real-time เมื่อมีการเปลี่ยนสถานะเอกสารที่ต้องดำเนินการต่อ และแจ้งเตือนตามกำหนดเวลาสำหรับสินค้าใกล้หมดและใบแจ้งหนี้ค้างชำระ โดยแจ้งเฉพาะผู้ใช้ที่มีสิทธิ์ในบริบทของบริษัทนั้น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การขอความช่วยเหลือ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ปัญหาการใช้งานทั่วไป ติดต่อผู้ดูแลระบบของบริษัท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ปัญหาที่เกี่ยวกับการทำงานของระบบ ให้แจ้งผ่านช่องทางสนับสนุนที่ระบุในเอกสาร Maintenance Document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ขั้นตอนการติดตั้ง ตั้งค่า และกู้คืนระบบ อยู่ในเอกสาร Product Operation Guide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SuD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user-documen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