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5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List of Evidence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1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YaB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PM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Statement of Work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Statement of Work 25690105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Work Schedule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Software Project Plan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Customer Requirements 25690206 V1.0 NoC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แผนการดำเนินงาน แผนโครงการ และความต้องการของลูกค้า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802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Progress Status Record (15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Progress Status Record 25690109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Progress Status Record 25690123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Progress Status Record 25690206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Progress Status Record 25690218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Progress Status Record 25690225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Progress Status Record 25690317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Progress Status Record 25690429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Progress Status Record 25690508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Progress Status Record 25690513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Progress Status Record 25690523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Progress Status Record 25690529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12. 200-WMS-26-001-00 Progress Status Record 25690803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13. 200-WMS-26-001-00 Progress Status Record 25690814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14. 200-WMS-26-001-00 Progress Status Record 25690817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15. 200-WMS-26-001-00 Progress Status Record 25690824 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ารรายงวด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Correction Register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Correction Register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สารสรุปปัญหาที่พบระหว่างดำเนินโ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Record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Acceptance Report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(Sign off Letter)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Change Requests (1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Change Report 25690817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6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(12 MoM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Minutes Of Meeting 25690105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Minutes Of Meeting 25690123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Minutes Of Meeting 25690218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Minutes Of Meeting 25690317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Minutes Of Meeting 25690429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Minutes Of Meeting 25690513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Minutes Of Meeting 25690523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Minutes Of Meeting 25690529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Minutes Of Meeting 25690803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Minutes Of Meeting 25690814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Minutes Of Meeting 25690817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12. 200-WMS-26-001-00 Minutes Of Meeting 25690824 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ารประชุมตามแผน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Configuration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Software 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25690817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Repository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พื้นที่เก็บข้อมูล เอกสาร และหลักฐานทุกอย่างของโครงการ (Git Server: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25690824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พื้นที่สำรองสำหรับกู้คืนข้อมูล (Git Remote สำรอง: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และชุดสำรองฐานข้อมูลบนคลาวด์)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SI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Requirements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(SRS)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Requirements 25690225 V1.0 NoC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Design 25690306 V1.0 NoC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เอกสารการออกแบบระบบ พร้อมหัวข้อ Software Baseline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 Record 25690306 V1.0 NoC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(Traceability Matrix)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Components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Components 25690817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เอกสารแสดงส่วนประกอบต่าง ๆ ของโปรแกรมแต่ละเวอร์ชัน</w:t>
            </w:r>
          </w:p>
        </w:tc>
      </w:tr>
      <w:tr>
        <w:trPr>
          <w:trHeight w:hRule="exact" w:val="70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Cases and Test Procedures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Test Case and Test Procedures 25690731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้อมูลที่ใช้ทดสอบ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Report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Report 25690814 V1.0 PaNg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25690817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ซอฟต์แวร์สำหรับส่งมอบให้กับผู้ใช้งาน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Tag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sdlc-v1.0-final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Documentation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User Document 25690814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ารใช้งานสำหรับผู้ใช้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Product Operation Guide 25690817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Documentation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Maintenance Document 25690817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ษาระบบ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124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 (4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08" w:right="67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Verification Results 25690317 V0.1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Verification Results 25690529 V0.2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Verification Results 25690731 V0.3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Verification Results 25690817 V1.0 PaNg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Validation Results 25690814 V1.0 PaNg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Other Document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Stakeholder Register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Stakeholder Register 25690116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รายชื่อผู้มีส่วนได้ส่วนเสียและระดับ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ารมีส่วนร่วม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Charter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Project Charter Report 25690123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TRACEABILITY-RECORD-Table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TRACEABILITY-RECORD 25690817 V1.0 NoC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Training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Training Report 25690822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List of Evidence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สารฉบับนี้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ดัชนีเอ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สรุปความครบถ้วนของหลักฐาน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PM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SI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อบเพิ่มเติม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(Other Document)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48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56</w:t>
            </w:r>
          </w:p>
        </w:tc>
      </w:tr>
      <w:tr>
        <w:trPr>
          <w:trHeight w:hRule="exact" w:val="452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56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สารที่ยังไม่ได้จัดเตรียม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เอกสารและหลักฐานทั้งหมดจัดเก็บใน Project Repository และสำรองไว้ตามที่ระบุในเอกสาร Project Repository (Backup) โดยชุดเอกสารส่งมอบควบคุมด้วย Tag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sdlc-v1.0-final</w:t>
      </w:r>
    </w:p>
    <w:p>
      <w:pPr>
        <w:autoSpaceDN w:val="0"/>
        <w:autoSpaceDE w:val="0"/>
        <w:widowControl/>
        <w:spacing w:line="256" w:lineRule="exact" w:before="332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814" w:bottom="10" w:left="856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168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LoE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6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ist-of-eviden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