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Validation Result (UAT)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เพื่อยืนยันว่าระบบที่พัฒนาตรงตามความต้องการของลูกค้า (Customer Requirements) สามารถใช้งานได้จริง มีประสิทธิภาพ มีความปลอดภัย และพร้อมเปิดใช้งานจริง (Go-Live) โดยใช้ความต้องการของลูกค้าทุกรายการเป็นตัวตั้งของการทดสอบการยอมรับ และอ้างอิง Test Case หรือเอกสารส่งมอบเป็นหลักฐานประกอบ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สภาพแวดล้อมและผู้ทดสอบ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สภาพแวดล้อมที่ใช้ทดสอบ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 / ตัวแทนลูกค้า)</w:t>
            </w:r>
          </w:p>
        </w:tc>
      </w:tr>
      <w:tr>
        <w:trPr>
          <w:trHeight w:hRule="exact" w:val="464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ียงที่สุด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 Validation Result ตาม Customer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Feature &amp; Functional Characteristics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36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Admin,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TC-UN01.004, TC-UN02.001, TC-UN02.002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TC-UN03.001, TC-UN03.002, TC-UN03.003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ระบบต้องรองรับโครงสร้างตำแหน่งจัดเก็บทั้งแบบคลังเดียวและแบบหลายชั้น (คลัง/พื้นที่/ช่อง)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ระบบต้องบันทึกการจ่ายสินค้าออก (Stock-out) โดยตรวจสอบสิทธิ์และยอดคงเหลือก่อนจ่าย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7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ระบบต้องติดตาม Lot, Serial Number และวันหมดอายุของสินค้าที่เกี่ยวข้อง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0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TC-UN05.001, TC-UN05.002, TC-UN05.003, TC-UN05.004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TC-UN06.001, TC-UN06.002, TC-UN06.003, TC-UN06.004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TC-UN07.001,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TC-UN04.006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บริบทปัจจุบัน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Performance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เวลาที่ใช้งานได้จริงบนสภาพแวดล้อมที่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ระบบต้องมีตารางสรุปยอด (Aggregate) เพื่อให้แดชบอร์ดและรายงานแสดงผลได้โดยไม่ต้องคำนวณใหม่ทุกครั้ง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แวดล้อมใช้งานจริง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Interface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Required System Characteristics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ระบบต้องพัฒนาบนสถาปัตยกรรม Web-based Application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ระบบต้องเก็บข้อมูลแบบ Relational Database และรักษา Referential Integrity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0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Human Engineering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(Tablet/Mobile)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Security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ระบบต้องป้องกัน SQL Injection และ Cross-Site Scripting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ระบบต้องบล็อกการเข้าสู่ระบบซ้ำซ้อน (Concurrent Login) ของบัญชีเดียวกัน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Environmental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1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ระบบต้องใช้เขตเวลา Asia/Bangkok อย่างสม่ำเสมอทั้งแอปพลิเคชันและงานตามกำหนดเวลา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ระบบต้องใช้งานได้บนอุปกรณ์ Desktop และอุปกรณ์พกพาผ่าน Web Browser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Operational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อัตโนมัติรายวัน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ระบบต้องมีการเฝ้าระวังสถานะบริการ Web, Database และ Node.js พร้อมแจ้งเตือนเมื่อขัดข้อง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 (การเฝ้าระวังระบบ)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Maintenance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ซอฟต์แวร์ต้องมีโครงสร้างแบบโมดูล (Manager Classes / API) เพื่อให้แก้ไขได้โดยไม่กระทบส่วนอื่น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Design (Software Unit), Software Components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ระบบต้องมีแม่แบบค่าตั้งค่า (Configuration Template) และควบคุมเวอร์ชันด้วย Git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Maintenance Document, Correction Register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Installation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ระบบต้องมีสคริปต์สร้างไฟล์ .env และค่าความลับอัตโนมัติ (docker/init-env.sh)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TC-UN13.001, TC-UN13.002 / Product Operation Guide (ขั้นตอนติดตั้ง)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Support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 (WP 8.0)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ต้องมีคู่มือปฏิบัติงานสำหรับผู้ดูแลระบบ (Product Operation Guide)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 (WP 10.0)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(Task 5.2)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Maintenance Document (SLA)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Design Constraints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ระบบต้องควบคุม Source Code ด้วย Git โดยมี main เป็น Baseline หลัก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Configuration, Project Repository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รหัสผ่านผู้ใช้ต้องเข้ารหัสด้วย bcrypt และไม่เก็บหรือบันทึกเป็นข้อความธรรมดา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โครงการต้องจัดทำ Work Products ตามมาตรฐาน ISO/IEC 29110 Basic Profile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รอบที่ 1–3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Safety and Reliability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Quality Expectations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ระบบต้องผ่านการทดสอบการยอมรับ (UAT) โดยตัวแทนลูกค้าบนสภาพแวดล้อมใช้งานจริง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TC-UN12.001, TC-UN12.002 / Test Report, Correction Register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สรุปผลการทดสอบการยอมรับรายหมวด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 Feature &amp; Functional Characteristics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 Performance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 Interface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 Required System Characteristics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2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 Human Engineering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 Security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2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 Environmental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 Operational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48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 Maintenance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 Installation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 Support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 Design Constraints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 Safety and Reliability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 Quality Expectations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ารที่ทดสอบทั้งหมด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ตัวแทนลูกค้าได้ทดสอบการยอมรับครบทุกความต้องการใน Customer Requirements บนสภาพแวดล้อมใช้งานจริง ผลการทดสอบผ่านทั้งหมด ไม่พบประเด็นที่ขัดขวางการเปิดใช้งาน จึงยืนยันความพร้อมของระบบสำหรับการตรวจรับส่งมอบ ซึ่งบันทึกไว้ใน Acceptance Report เมื่อ 17 สิงหาคม 2569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