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Verification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Results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PaNg</w:t>
            </w:r>
          </w:p>
        </w:tc>
      </w:tr>
      <w:tr>
        <w:trPr>
          <w:trHeight w:hRule="exact" w:val="8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4" w:lineRule="exact" w:before="68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ารตรวจสอบตาม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องมาตรฐาน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รอบตรวจสอบ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รอบที่ 4 (17 สิงหาคม 2569)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7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User Acceptance Test (UAT)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สารส่งมอบทั้งหมด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เวลาตรวจสอบ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09:00 – 16:00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.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6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7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6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ชั่วโมง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4" w:lineRule="exact" w:before="128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การตรวจสอบ (Verification) จัดทำขึ้นเพื่อยืนยันความถูกต้องและความครบถ้วนของสิ่งส่งมอบ (Work Products) ตามมาตรฐาน ISO/IEC 29110 ตามแผนการตรวจสอบในหัวข้อ 8.1 ของ Software Project Plan ซึ่งกำหนดให้ตรวจสอบ 4 รอบ ประมาณทุก 2 เดือน และรอบสุดท้ายก่อนส่งมอบระบบ เพื่อลดความเสี่ยงด้านคุณภาพ ความล่าช้า และค่าใช้จ่ายที่เกิดจากการแก้ไขย้อนหลัง การตรวจสอบรอบนี้เป็นรอบที่ 4 ใช้เวลา 6 ชั่วโมง (09:00 – 16:00 น.)</w:t>
      </w:r>
    </w:p>
    <w:p>
      <w:pPr>
        <w:autoSpaceDN w:val="0"/>
        <w:autoSpaceDE w:val="0"/>
        <w:widowControl/>
        <w:spacing w:line="230" w:lineRule="exact" w:before="434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Deliverables under Review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สิ่งส่งมอบที่ตรวจสอบในรอบนี้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Project Plan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2.0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Requirements</w:t>
            </w:r>
          </w:p>
        </w:tc>
      </w:tr>
      <w:tr>
        <w:trPr>
          <w:trHeight w:hRule="exact" w:val="466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Requirements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4.0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Design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5.0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Change Report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 and Test Procedures</w:t>
            </w:r>
          </w:p>
        </w:tc>
      </w:tr>
      <w:tr>
        <w:trPr>
          <w:trHeight w:hRule="exact" w:val="466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7.0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Validation Results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8.0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User Document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9.0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ารทดสอบพร้อมใช้งานจริง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10.0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Product Operation Guide</w:t>
            </w:r>
          </w:p>
        </w:tc>
      </w:tr>
      <w:tr>
        <w:trPr>
          <w:trHeight w:hRule="exact" w:val="466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11.0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Maintenance Document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30" w:lineRule="exact" w:before="46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Risk &amp; Constraints Note</w:t>
      </w:r>
    </w:p>
    <w:p>
      <w:pPr>
        <w:autoSpaceDN w:val="0"/>
        <w:autoSpaceDE w:val="0"/>
        <w:widowControl/>
        <w:spacing w:line="360" w:lineRule="exact" w:before="70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เจ้าหน้าที่ควบคุมเอกสารต้องตรวจสอบแต่ละรายการอย่างละเอียด และต้องมีหลักฐานเพียงพอที่จะสรุปผลว่าผ่าน</w:t>
      </w:r>
    </w:p>
    <w:p>
      <w:pPr>
        <w:autoSpaceDN w:val="0"/>
        <w:autoSpaceDE w:val="0"/>
        <w:widowControl/>
        <w:spacing w:line="360" w:lineRule="exact" w:before="70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ผู้ปฏิบัติงานที่เกี่ยวข้องควรร่วมรับฟังผลการตรวจสอบ เพื่อให้แก้ไขได้ทันทีเมื่อพบประเด็น</w:t>
      </w:r>
    </w:p>
    <w:p>
      <w:pPr>
        <w:autoSpaceDN w:val="0"/>
        <w:autoSpaceDE w:val="0"/>
        <w:widowControl/>
        <w:spacing w:line="360" w:lineRule="exact" w:before="70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การตรวจสอบแต่ละครั้งไม่ควรถูกขัดจังหวะ ซึ่งจะทำให้การตรวจสอบเลื่อนออกไป</w:t>
      </w:r>
    </w:p>
    <w:p>
      <w:pPr>
        <w:autoSpaceDN w:val="0"/>
        <w:autoSpaceDE w:val="0"/>
        <w:widowControl/>
        <w:spacing w:line="360" w:lineRule="exact" w:before="70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ห้ามให้ผู้อื่นตรวจสอบแทนผู้ที่ได้รับมอบหมาย</w:t>
      </w:r>
    </w:p>
    <w:p>
      <w:pPr>
        <w:autoSpaceDN w:val="0"/>
        <w:autoSpaceDE w:val="0"/>
        <w:widowControl/>
        <w:spacing w:line="266" w:lineRule="exact" w:before="39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ผลการตรวจสอบ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3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99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1.0 Software Project Plan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VR04.010.001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Header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VR04.010.002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Run Version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Header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ต้องและสัมพันธ์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ับชื่อไฟล์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ระบุเวอร์ชันและวันที่ตรง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ับชื่อไฟล์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VR04.010.003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ระบุรายละเอียดหัวข้อ 1 Manufacture, 2 Overview, 3 Goals and Scope ครบถ้วน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VR04.010.004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3.3 Work Products มีรายการสิ่งส่งมอบพร้อมรหัส เช่น WP 1.0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มีรายการสิ่งส่งมอบและรหัสครบ 11 รายการ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VR04.010.005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5 Organization ระบุบทบาท ชื่อ-นามสกุล ตำแหน่ง และข้อมูลติดต่อครบถ้วน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มีข้อมูลผู้รับผิดชอบครบทั้ง 6 บทบาท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VR04.010.006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6 Project Estimate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Resources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ถ้วน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มีปริมาณงานและทรัพยา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VR04.010.007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8 Work Schedule ระบุงานพร้อมรหัส ผู้รับผิดชอบ วันกำหนดส่ง และสิ่งส่งมอบ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มีแผนงาน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27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รรมพร้อมราย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VR04.010.008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9 Risk Management Plan ระบุความเสี่ยงพร้อมรหัส ระดับผลกระทบ และผู้รับผิดชอบ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วามเสี่ยง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R1–R8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แนวทางจัด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VR04.010.009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10 Contingency Actions ระบุแผนรองรับกรณีงานไม่แล้วเสร็จ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มีแผนรองรับ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VR04.010.010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ลงชื่อผู้จัดทำ ผู้ตรวจสอบ และผู้อนุมัติครบถ้วน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28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2.0 Customer Requirements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2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VR04.020.001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Header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VR04.020.002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ารแต่ละราย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ารลงใน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CR01–CR14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อย่างถู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VR04.020.003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รหัสประจำรายการ เช่น CR01:001 เขียนและเรียงลำดับถูกต้อง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รหัสเรียงลำดับถู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VR04.020.004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ช่อง Result มีข้อสรุปครบทุกรายการ ไม่มีรายการที่ไม่มีข้อสรุป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มีผลสรุป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A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80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VR04.020.005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ลงชื่อผู้จัดทำและผู้อนุมัติซึ่งเป็นฝ่าย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้าเรียบร้อย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3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3.0 Software Requirements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VR04.030.001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VR04.030.002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ารซอฟต์แวร์ลงใน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SR01–SR09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อย่างถู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VR04.030.003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แต่ละหมวด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SR01–SR09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วามจำเป็น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VR04.030.004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รหัสประจำรายการ เช่น SR01:001 เขียนและเรียงลำดับถูกต้อง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รหัสเรียงลำดับถู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VR04.030.005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ช่อง Remark ระบุความสัมพันธ์กับ CR ครบถ้วน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ลับไปยัง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VR04.030.006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4.0 Software Design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VR04.040.001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28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VR04.040.002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High Level Design มี Architecture, Use Case, Component และ Deployment Diagram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มีแผนภาพ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แบบ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VR04.040.003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User Interface Design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มีผัง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หน้าจอที่จะใช้ในระบบ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มีผังหน้าจอครบทุกกลุ่มโมดูล พร้อม Mockup Wireframe ของหน้าจอหลัก 6 รูปแบบ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VR04.040.004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มีหัวข้อ Software Baseline ระบุสิ่งที่ถูกกำหนดเป็น Baseline วันที่ และผู้อนุมัติ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มีหัวข้อ Software Baseline ครบถ้วน พร้อมอ้างอิง Software Configuration และ Traceability Record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VR04.040.005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Software Unit มีรหัสกำกับแต่ละหน่วย เช่น UN01.001 อย่างเป็นระเบียบ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มีรหัส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หน่วย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VR04.040.006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Software Unit มี Description และ Functional Interfaces Detail ครบทุกรายการ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หน่วย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VR04.040.007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Software Unit ระบุ References ที่สัมพันธ์กับ SR ครบถ้วน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หน่วย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VR04.040.008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5.0 Change Report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VR04.050.001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VR04.050.002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ารพิจารณาว่าราย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ใดเป็น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อเปลี่ยนแปลง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มีเกณฑ์ 3 ข้อ ครอบคลุมความจำเป็นต่อการส่งมอบ ขอบเขต และ Man-day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VR04.050.003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ารปรับปรุงที่เสนอได้รับ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พิจารณาตามเ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ารพิจารณาและ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VR04.050.004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ลงชื่อผู้จัดทำ ผู้ตรวจสอบ และผู้อนุมัติครบถ้วน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97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6.0 Test Case and Test Procedures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VR04.060.001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VR04.060.002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ารทดสอบพร้อมรหัสเรียง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45 Test Case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VR04.060.003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Item ระบุ Software Unit ที่ทดสอบโดยอ้างรหัส เช่น UN01.001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Software Unit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VR04.060.004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Input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้อมูลนำเ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้าอย่างชัดเจน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VR04.060.005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Output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ผลลัพธ์ที่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าดหวังอย่างชัดเจน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VR04.060.006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Environment Needs, Special Procedural Required และ Intercase Dependency ระบุตามความจำเป็น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VR04.060.007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ส่วนผลการทดสอบระบุ Test Date และ Status ครบถ้วนไม่มีช่องว่าง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VR04.060.008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7.0 Validation Results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VR04.070.001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VR04.070.002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 Customer Requirements เป็นตัวตั้งของการทดสอบการยอมรับ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ครอบคลุมครบ 14 หมวด 80 รายการ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VR04.070.003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ารยืนยันและหลั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องแต่ละ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ารยืนยันและหลั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VR04.070.004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ารทดสอบและผู้ทดสอบ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มีผลและผู้ทดสอบ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VR04.070.005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ลงชื่อผู้ทดสอบฝ่ายลู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้าเรียบร้อย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1228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8.0 Software User Document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VR04.080.001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YaB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2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VR04.080.002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เนื้อหา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ารใช้งานทุ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ระบบงานที่ส่งมอบ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ระบบงาน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YaB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VR04.080.003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ใช้ถ้อย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ต้องและสอด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หน้าจอจริง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ตรวจสอบแล้วสอด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YaB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VR04.080.004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YaB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24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9.0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พร้อมใช้งานจริง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VR04.090.001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ระบบติดตั้งและใช้งานได้บนสภาพ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แวดล้อมที่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ติดตั้งสำเร็จและใช้งานได้ 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VR04.090.002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จัดเก็บใน Repository พร้อมชุดสำรอง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และสำรอง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VR04.090.003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ผลการทดสอบระบบผ่านครบทุก Test Case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45 Test Case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10.0 Product Operation Guide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VR04.100.001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VR04.100.002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ถ้วน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มีทั้งแบบ Container และแบบ Manual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VR04.100.003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ระบุการเฝ้าระวัง การสำรอง และการกู้คืนข้อมูล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มีครบถ้วนพร้อมผลการทดสอบกู้คืน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VR04.100.004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11.0 Maintenance Document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VR04.110.001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VR04.110.002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ระบุขอบเขต ประเภท และกิจกรรมการบำรุงรักษาครบถ้วน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ประเภทและ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6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รรม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VR04.110.003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ระบุข้อตกลงระดับการให้บริการ (SLA)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SLA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ระดับ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VR04.110.004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68" w:lineRule="exact" w:before="358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สรุปผลการตรวจสอบรอบนี้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61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(Passed)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61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(Failed)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ประเด็น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300" w:lineRule="exact" w:before="260" w:after="0"/>
        <w:ind w:left="256" w:right="28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รอบตรวจสอบนี้เป็นรอบสุดท้ายก่อนส่งมอบ ครอบคลุมสิ่งส่งมอบทั้งหมด 11 รายการ ผลการตรวจสอบผ่านทุกรายการ จึงเห็นควรให้ดำเนินการตรวจรับส่งมอบระบบตามที่บันทึกใน Acceptance Report</w:t>
      </w:r>
    </w:p>
    <w:p>
      <w:pPr>
        <w:autoSpaceDN w:val="0"/>
        <w:autoSpaceDE w:val="0"/>
        <w:widowControl/>
        <w:spacing w:line="256" w:lineRule="exact" w:before="330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erification-resul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