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Verification Results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25690731 V0.3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3 (31 กรกฎาคม 2569)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7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ตรวจสอบชุดทดสอบและ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ลับ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3 ใช้เวลา 3 ชั่วโมง (09:00 – 12:00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64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 and Test Procedures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2" w:after="3818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2" w:after="3818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2" w:after="3818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2" w:after="3818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2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988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6.0 Test Case and Test Procedures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VR03.060.001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มีรายละเอียดครบถ้วนถูกต้อง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VR03.060.002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ทดสอบพร้อมรหัสเรียงลำดับ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มีรายการครบ 45 Test Case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VR03.060.003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Item ระบุ Software Unit ที่ทดสอบโดยอ้างรหัส เช่น UN01.001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อ้างอิง Software Unit ครบทุกรายการ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VR03.060.004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นำเ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้าอย่างชัดเจน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มีรายละเอียดครบทุกรายการ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VR03.060.005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Output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ระบุผลลัพธ์ที่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หวังอย่างชัดเจน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มีรายละเอียดครบทุกรายการ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VR03.060.006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Environment Needs, Special Procedural Required และ Intercase Dependency ระบุตามความจำเป็น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VR03.060.007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ส่วนผลการทดสอบระบุ Test Date และ Status ครบถ้วนไม่มีช่องว่าง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VR03.060.008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ผลการตรวจสอบรอบนี้ผ่านทุกรายการ ประเด็นที่พบระหว่างการตรวจสอบได้รับการแก้ไขและบันทึกใน Correction Register แล้ว การตรวจสอบรอบถัดไปจะครอบคลุมสิ่งส่งมอบที่จัดทำเพิ่มเติมในช่วงถัดไป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