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Verification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Results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3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25690317 V0.1 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1 (17 มีนาคม 2569)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3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สารวางแผนโ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3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1 ใช้เวลา 3 ชั่วโมง (09:00 – 12:00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64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Project Plan</w:t>
            </w:r>
          </w:p>
        </w:tc>
      </w:tr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0" w:after="305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0" w:after="305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0" w:after="305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0" w:after="305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2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988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1.0 Software Project Plan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VR01.010.001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มีรายละเอียดใน Header ครบถ้วน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VR01.010.002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 Run Version ของเอกสารที่ระบุใน Header ถูกต้องและสัมพันธ์กับชื่อไฟล์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ระบุเวอร์ชันและวันที่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ับชื่อไฟล์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VR01.010.003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ระบุรายละเอียดหัวข้อ 1 Manufacture, 2 Overview, 3 Goals and Scope ครบถ้วน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VR01.010.004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3.3 Work Products มีรายการสิ่งส่งมอบพร้อมรหัส เช่น WP 1.0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มีรายการสิ่งส่งมอบและรหัสครบ 11 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VR01.010.005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5 Organization ระบุบทบาท ชื่อ-นามสกุล ตำแหน่ง และข้อมูลติดต่อครบถ้วน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้อมูลผู้รับผิดชอบ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6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VR01.010.006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6 Project Estimate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7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Resources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มีปริมาณงานและทรัพยากรครบถ้วน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VR01.010.007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8 Work Schedule ระบุงานพร้อมรหัส ผู้รับผิดชอบ วันกำหนดส่ง และสิ่งส่งมอบ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มีแผนงาน 27 กิจกรรมพร้อมรายละเอียดครบ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VR01.010.008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9 Risk Management Plan ระบุความเสี่ยงพร้อมรหัส ระดับผลกระทบ และผู้รับผิดชอบ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มีความเสี่ยง R1–R8 พร้อมแนวทางจัดการ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VR01.010.009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 Contingency Actions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รณีงานไม่แล้วเสร็จ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มีแผนรองรับ 5 สถานการณ์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VR01.010.010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2.0 Customer Requirements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VR01.020.001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มีรายละเอียดใน Header ครบถ้วน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VR01.020.002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จัดความต้องการแต่ละรายการลงในหมวด CR01–CR14 อย่างถูกต้อง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จัดหมวดครบทั้ง 14 หมวด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72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VR01.020.003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CR01:001 เขียนและเรียงลำดับถูกต้อง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VR01.020.004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ช่อง Result มีข้อสรุปครบทุกรายการ ไม่มีรายการที่ไม่มีข้อสรุป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มีผลสรุป A ครบทั้ง 80 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VR01.020.005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ลงชื่อผู้จัดทำและผู้อนุมัติซึ่งเป็นฝ่ายลู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เรียบร้อย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86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ผลการตรวจสอบรอบนี้ผ่านทุกรายการ ประเด็นที่พบระหว่างการตรวจสอบได้รับการแก้ไขและบันทึกใน Correction Register แล้ว การตรวจสอบรอบถัดไปจะครอบคลุมสิ่งส่งมอบที่จัดทำเพิ่มเติมในช่วงถัดไป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