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8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Product Operation Guide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3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ู่มือปฏิบัติงานสำหรับผู้ดูแลระบบ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16" w:lineRule="exact" w:before="114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คู่มือฉบับนี้จัดทำขึ้นเพื่อเป็นแนวทางสำหรับผู้ดูแลระบบ (System Administrator) ในการติดตั้ง ตั้งค่า เฝ้าระวัง สำรองข้อมูล และกู้คืนระบบบริหารจัดการคลังสินค้า เพื่อให้การปฏิบัติงานมีมาตรฐานและกู้คืนระบบได้อย่างรวดเร็ว</w:t>
      </w:r>
    </w:p>
    <w:p>
      <w:pPr>
        <w:autoSpaceDN w:val="0"/>
        <w:autoSpaceDE w:val="0"/>
        <w:widowControl/>
        <w:spacing w:line="268" w:lineRule="exact" w:before="396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1 ทางเลือกในการติดตั้ง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</w:t>
            </w:r>
          </w:p>
        </w:tc>
        <w:tc>
          <w:tcPr>
            <w:tcW w:type="dxa" w:w="40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2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ไฟล์อ้างอิง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ติดตั้งแบบ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Container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แนะนำ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  <w:tc>
          <w:tcPr>
            <w:tcW w:type="dxa" w:w="40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Docker Compose: php-apache, mariadb,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node/pm2</w:t>
            </w:r>
          </w:p>
        </w:tc>
        <w:tc>
          <w:tcPr>
            <w:tcW w:type="dxa" w:w="2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4" w:after="0"/>
              <w:ind w:left="110" w:right="432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docker-compose.yml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docker/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ติดตั้งแบบ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Manual</w:t>
            </w:r>
          </w:p>
        </w:tc>
        <w:tc>
          <w:tcPr>
            <w:tcW w:type="dxa" w:w="40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ติดตั้ง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PHP, MariaDB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Node.js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แล้วสร้างฐาน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ด้วยส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ริปต์</w:t>
            </w:r>
          </w:p>
        </w:tc>
        <w:tc>
          <w:tcPr>
            <w:tcW w:type="dxa" w:w="2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0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setup.php</w:t>
            </w:r>
          </w:p>
        </w:tc>
      </w:tr>
    </w:tbl>
    <w:p>
      <w:pPr>
        <w:autoSpaceDN w:val="0"/>
        <w:autoSpaceDE w:val="0"/>
        <w:widowControl/>
        <w:spacing w:line="268" w:lineRule="exact" w:before="35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2 ขั้นตอนการติดตั้งแบบ Container</w:t>
      </w:r>
    </w:p>
    <w:p>
      <w:pPr>
        <w:autoSpaceDN w:val="0"/>
        <w:tabs>
          <w:tab w:pos="652" w:val="left"/>
        </w:tabs>
        <w:autoSpaceDE w:val="0"/>
        <w:widowControl/>
        <w:spacing w:line="338" w:lineRule="exact" w:before="92" w:after="0"/>
        <w:ind w:left="42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คัดลอก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.env.example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เป็น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.env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หรือรันสคริปต์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docker/init-env.sh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ซึ่งจะสอบถามรหัสผ่านฐานข้อมูล ชื่อโฮสต์สาธารณะ ค่า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EMIT_SECRET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และข้อมูล SMTP โดยค่าที่เว้นว่างระบบจะสุ่มให้อัตโนมัติ</w:t>
      </w:r>
    </w:p>
    <w:p>
      <w:pPr>
        <w:autoSpaceDN w:val="0"/>
        <w:tabs>
          <w:tab w:pos="652" w:val="left"/>
        </w:tabs>
        <w:autoSpaceDE w:val="0"/>
        <w:widowControl/>
        <w:spacing w:line="338" w:lineRule="exact" w:before="92" w:after="0"/>
        <w:ind w:left="42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รันคำสั่ง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docker compose up -d --build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เพื่อสร้างและเริ่มบริการทั้งสามส่วน</w:t>
      </w:r>
    </w:p>
    <w:p>
      <w:pPr>
        <w:autoSpaceDN w:val="0"/>
        <w:tabs>
          <w:tab w:pos="652" w:val="left"/>
        </w:tabs>
        <w:autoSpaceDE w:val="0"/>
        <w:widowControl/>
        <w:spacing w:line="338" w:lineRule="exact" w:before="92" w:after="0"/>
        <w:ind w:left="42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ตรวจสอบว่า Container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php-apache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สร้างไฟล์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app/config.php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จาก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.env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เรียบร้อยแล้ว โดยไฟล์นี้ไม่ถูกเก็บใน Repository และไม่ฝังอยู่ใน Image</w:t>
      </w:r>
    </w:p>
    <w:p>
      <w:pPr>
        <w:autoSpaceDN w:val="0"/>
        <w:tabs>
          <w:tab w:pos="652" w:val="left"/>
        </w:tabs>
        <w:autoSpaceDE w:val="0"/>
        <w:widowControl/>
        <w:spacing w:line="338" w:lineRule="exact" w:before="92" w:after="0"/>
        <w:ind w:left="42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ตรวจสอบว่าฐานข้อมูล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wms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และ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wms2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ถูกสร้างครบถ้วน และเข้าใช้งานระบบผ่านชื่อโฮสต์ที่กำหนดได้</w:t>
      </w:r>
    </w:p>
    <w:p>
      <w:pPr>
        <w:autoSpaceDN w:val="0"/>
        <w:autoSpaceDE w:val="0"/>
        <w:widowControl/>
        <w:spacing w:line="268" w:lineRule="exact" w:before="39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3 ขั้นตอนการติดตั้งแบบ Manual</w:t>
      </w:r>
    </w:p>
    <w:p>
      <w:pPr>
        <w:autoSpaceDN w:val="0"/>
        <w:tabs>
          <w:tab w:pos="652" w:val="left"/>
        </w:tabs>
        <w:autoSpaceDE w:val="0"/>
        <w:widowControl/>
        <w:spacing w:line="346" w:lineRule="exact" w:before="68" w:after="1568"/>
        <w:ind w:left="426" w:right="100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เตรียมเครื่องแม่ข่าย Linux ที่ติดตั้ง PHP 8 ขึ้นไป, MariaDB และ Node.js</w:t>
      </w:r>
    </w:p>
    <w:p>
      <w:pPr>
        <w:autoSpaceDN w:val="0"/>
        <w:tabs>
          <w:tab w:pos="652" w:val="left"/>
        </w:tabs>
        <w:autoSpaceDE w:val="0"/>
        <w:widowControl/>
        <w:spacing w:line="346" w:lineRule="exact" w:before="68" w:after="1568"/>
        <w:ind w:left="426" w:right="100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ตั้งค่าไฟล์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app/config.php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ได้แก่ ข้อมูลเชื่อมต่อฐานข้อมูล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wms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และ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wms2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,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NODE_PUBLIC_URL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,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NODE_EMIT_URL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,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NODE_EMIT_SECRET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และข้อมูล SMTP</w:t>
      </w:r>
    </w:p>
    <w:p>
      <w:pPr>
        <w:autoSpaceDN w:val="0"/>
        <w:tabs>
          <w:tab w:pos="652" w:val="left"/>
        </w:tabs>
        <w:autoSpaceDE w:val="0"/>
        <w:widowControl/>
        <w:spacing w:line="346" w:lineRule="exact" w:before="68" w:after="1568"/>
        <w:ind w:left="426" w:right="100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รัน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setup.php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หนึ่งครั้งเพื่อสร้างโครงสร้างฐานข้อมูลทั้งหมด</w:t>
      </w:r>
    </w:p>
    <w:p>
      <w:pPr>
        <w:sectPr>
          <w:headerReference w:type="default" r:id="rId11"/>
          <w:footerReference w:type="default" r:id="rId12"/>
          <w:pgSz w:w="11899" w:h="16838"/>
          <w:pgMar w:top="1814" w:right="704" w:bottom="12" w:left="1440" w:header="0" w:footer="1372" w:gutter="0"/>
          <w:cols/>
          <w:docGrid w:linePitch="360"/>
        </w:sectPr>
      </w:pPr>
    </w:p>
    <w:p>
      <w:pPr>
        <w:autoSpaceDN w:val="0"/>
        <w:tabs>
          <w:tab w:pos="652" w:val="left"/>
        </w:tabs>
        <w:autoSpaceDE w:val="0"/>
        <w:widowControl/>
        <w:spacing w:line="294" w:lineRule="exact" w:before="380" w:after="0"/>
        <w:ind w:left="426" w:right="144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เริ่มบริการ Node.js (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nodejs/server.js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และ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nodejs/scheduler.js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) ด้วย pm2 ตามไฟล์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nodejs/ecosystem.config.js</w:t>
      </w:r>
    </w:p>
    <w:p>
      <w:pPr>
        <w:autoSpaceDN w:val="0"/>
        <w:autoSpaceDE w:val="0"/>
        <w:widowControl/>
        <w:spacing w:line="268" w:lineRule="exact" w:before="404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4 การตั้งค่าระบบ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8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ที่ตั้ง</w:t>
            </w:r>
          </w:p>
        </w:tc>
        <w:tc>
          <w:tcPr>
            <w:tcW w:type="dxa" w:w="3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หมายเหตุ</w:t>
            </w:r>
          </w:p>
        </w:tc>
      </w:tr>
      <w:tr>
        <w:trPr>
          <w:trHeight w:hRule="exact" w:val="448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่าแอปพลิเ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ชัน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4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app/config.php</w:t>
            </w:r>
          </w:p>
        </w:tc>
        <w:tc>
          <w:tcPr>
            <w:tcW w:type="dxa" w:w="3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สร้างขึ้นตอนติดตั้ง ไม่นำเข้า Repository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องสภาพ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แวดล้อม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864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.env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 (Docker) หรือตัวแปรสภาพแวดล้อม (Manual)</w:t>
            </w:r>
          </w:p>
        </w:tc>
        <w:tc>
          <w:tcPr>
            <w:tcW w:type="dxa" w:w="3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ยกเว้นจาก Git ด้วย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.gitignore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่าระดับบริษัท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เมนูตั้งค่าในระบบ (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app/setting/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</w:t>
            </w:r>
          </w:p>
        </w:tc>
        <w:tc>
          <w:tcPr>
            <w:tcW w:type="dxa" w:w="3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SMTP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ารใช้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</w:t>
            </w:r>
          </w:p>
        </w:tc>
      </w:tr>
      <w:tr>
        <w:trPr>
          <w:trHeight w:hRule="exact" w:val="45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ตเวลา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$time_zone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 ใน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app/config.php</w:t>
            </w:r>
          </w:p>
        </w:tc>
        <w:tc>
          <w:tcPr>
            <w:tcW w:type="dxa" w:w="3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กำหนดเป็น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Asia/Bangkok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5 การเฝ้าระวังระบบ (Monitoring)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วามถี่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บริการเว็บแอปพลิเคชัน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ตรวจสอบว่าระบบตอบสนองและผู้ใช้เ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้าสู่ระบบได้</w:t>
            </w:r>
          </w:p>
        </w:tc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ทุก 5 นาที (อัตโนมัติ)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ตรวจสอบว่าฐานข้อมูล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wms2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เชื่อมต่อได้</w:t>
            </w:r>
          </w:p>
        </w:tc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ทุก 5 นาที (อัตโนมัติ)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Node.js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ตรวจสอบสถานะ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server.js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scheduler.js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ภายใต้ pm2 และตรวจ Log ใน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nodejs/logs/</w:t>
            </w:r>
          </w:p>
        </w:tc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ทุก 5 นาที (อัตโนมัติ)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เวลา</w:t>
            </w:r>
          </w:p>
        </w:tc>
        <w:tc>
          <w:tcPr>
            <w:tcW w:type="dxa" w:w="5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ตรวจสอบว่างานสรุปยอดและงานแจ้งเตือนทำงาน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รบและไม่ซ้ำซ้อน</w:t>
            </w:r>
          </w:p>
        </w:tc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รายวัน</w:t>
            </w:r>
          </w:p>
        </w:tc>
      </w:tr>
    </w:tbl>
    <w:p>
      <w:pPr>
        <w:autoSpaceDN w:val="0"/>
        <w:autoSpaceDE w:val="0"/>
        <w:widowControl/>
        <w:spacing w:line="300" w:lineRule="exact" w:before="260" w:after="0"/>
        <w:ind w:left="25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เมื่อการตรวจสอบล้มเหลวติดต่อกัน 2 ครั้ง ระบบจะส่งอีเมลแจ้งเตือนผู้ดูแลระบบ โดย pm2 จะพยายามเริ่มบริการใหม่เป็นลำดับแรก หากไม่สามารถกู้คืนบริการได้ภายใน 30 นาที ผู้ดูแลระบบต้องแจ้งผู้จัดการโครงการ และหากเหตุขัดข้องเกิน 2 ชั่วโมงหรือกระทบการดำเนินธุรกิจอย่างมีนัยสำคัญ ต้องแจ้ง Project Sponsor</w:t>
      </w:r>
    </w:p>
    <w:p>
      <w:pPr>
        <w:autoSpaceDN w:val="0"/>
        <w:autoSpaceDE w:val="0"/>
        <w:widowControl/>
        <w:spacing w:line="268" w:lineRule="exact" w:before="39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6 การสำรองข้อมูลและการกู้คืน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1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30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ารทำงาน</w:t>
            </w:r>
          </w:p>
        </w:tc>
        <w:tc>
          <w:tcPr>
            <w:tcW w:type="dxa" w:w="21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ษา</w:t>
            </w:r>
          </w:p>
        </w:tc>
      </w:tr>
      <w:tr>
        <w:trPr>
          <w:trHeight w:hRule="exact" w:val="720"/>
        </w:trPr>
        <w:tc>
          <w:tcPr>
            <w:tcW w:type="dxa" w:w="1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่าแม่แบบ</w:t>
            </w:r>
          </w:p>
        </w:tc>
        <w:tc>
          <w:tcPr>
            <w:tcW w:type="dxa" w:w="30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11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Git 2 Remote (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origin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backup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ทุกครั้งที่ส่งมอบหรือปรับ Baseline</w:t>
            </w:r>
          </w:p>
        </w:tc>
        <w:tc>
          <w:tcPr>
            <w:tcW w:type="dxa" w:w="21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็บถาวรใน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</w:t>
            </w:r>
          </w:p>
        </w:tc>
      </w:tr>
      <w:tr>
        <w:trPr>
          <w:trHeight w:hRule="exact" w:val="720"/>
        </w:trPr>
        <w:tc>
          <w:tcPr>
            <w:tcW w:type="dxa" w:w="1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ฐานข้อมูล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wms2</w:t>
            </w:r>
          </w:p>
        </w:tc>
        <w:tc>
          <w:tcPr>
            <w:tcW w:type="dxa" w:w="30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Export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อัตโนมัติไปยังพื้นที่จัดเ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วด์ที่บริษัท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ทุกวัน เวลา 02:00 น.</w:t>
            </w:r>
          </w:p>
        </w:tc>
        <w:tc>
          <w:tcPr>
            <w:tcW w:type="dxa" w:w="21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รายวันเก็บ 30 วัน สิ้นเดือนเก็บ 12 เดือน</w:t>
            </w:r>
          </w:p>
        </w:tc>
      </w:tr>
      <w:tr>
        <w:trPr>
          <w:trHeight w:hRule="exact" w:val="720"/>
        </w:trPr>
        <w:tc>
          <w:tcPr>
            <w:tcW w:type="dxa" w:w="1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30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PDF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ที่สร้างจา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สารต้นฉบับ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รั้งที่ปรับปรุงเอ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ส่งมอบ</w:t>
            </w:r>
          </w:p>
        </w:tc>
        <w:tc>
          <w:tcPr>
            <w:tcW w:type="dxa" w:w="21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็บถาวรใน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</w:t>
            </w:r>
          </w:p>
        </w:tc>
      </w:tr>
    </w:tbl>
    <w:p>
      <w:pPr>
        <w:sectPr>
          <w:pgSz w:w="11899" w:h="16838"/>
          <w:pgMar w:top="1814" w:right="704" w:bottom="12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44" w:lineRule="exact" w:before="43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6.1 ขั้นตอนการกู้คืนฐานข้อมูล</w:t>
      </w:r>
    </w:p>
    <w:p>
      <w:pPr>
        <w:autoSpaceDN w:val="0"/>
        <w:tabs>
          <w:tab w:pos="652" w:val="left"/>
        </w:tabs>
        <w:autoSpaceDE w:val="0"/>
        <w:widowControl/>
        <w:spacing w:line="348" w:lineRule="exact" w:before="72" w:after="0"/>
        <w:ind w:left="426" w:right="100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ผู้ดูแลระบบเลือกชุดสำรองที่ต้องการจากพื้นที่จัดเก็บบนคลาวด์ และยืนยันวันที่พร้อมความสมบูรณ์ของไฟล์</w:t>
      </w:r>
    </w:p>
    <w:p>
      <w:pPr>
        <w:autoSpaceDN w:val="0"/>
        <w:tabs>
          <w:tab w:pos="652" w:val="left"/>
        </w:tabs>
        <w:autoSpaceDE w:val="0"/>
        <w:widowControl/>
        <w:spacing w:line="348" w:lineRule="exact" w:before="72" w:after="0"/>
        <w:ind w:left="426" w:right="100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กู้คืนชุดสำรองเข้าสู่สภาพแวดล้อมที่ไม่ใช่ระบบใช้งานจริงก่อนเสมอ</w:t>
      </w:r>
    </w:p>
    <w:p>
      <w:pPr>
        <w:autoSpaceDN w:val="0"/>
        <w:tabs>
          <w:tab w:pos="652" w:val="left"/>
        </w:tabs>
        <w:autoSpaceDE w:val="0"/>
        <w:widowControl/>
        <w:spacing w:line="348" w:lineRule="exact" w:before="72" w:after="0"/>
        <w:ind w:left="426" w:right="100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ตรวจสอบการเชื่อมต่อฐานข้อมูล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wms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และ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wms2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พร้อมตรวจสอบข้อมูลหลักและรายการตัวอย่าง</w:t>
      </w:r>
    </w:p>
    <w:p>
      <w:pPr>
        <w:autoSpaceDN w:val="0"/>
        <w:tabs>
          <w:tab w:pos="652" w:val="left"/>
        </w:tabs>
        <w:autoSpaceDE w:val="0"/>
        <w:widowControl/>
        <w:spacing w:line="348" w:lineRule="exact" w:before="72" w:after="0"/>
        <w:ind w:left="426" w:right="100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กรณีกู้คืนระบบใช้งานจริง ให้บันทึกจุดกู้คืน หยุดบริการที่เกี่ยวข้อง กู้คืนชุดสำรองที่ตรวจสอบแล้ว เริ่มบริการแอปพลิเคชันและ Node.js ใหม่ แล้วตรวจสอบสถานะตามหัวข้อ 5</w:t>
      </w:r>
    </w:p>
    <w:p>
      <w:pPr>
        <w:autoSpaceDN w:val="0"/>
        <w:tabs>
          <w:tab w:pos="652" w:val="left"/>
        </w:tabs>
        <w:autoSpaceDE w:val="0"/>
        <w:widowControl/>
        <w:spacing w:line="348" w:lineRule="exact" w:before="72" w:after="0"/>
        <w:ind w:left="426" w:right="100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5. กรณีการสำรองข้อมูลล้มเหลวหรือไม่ทำงานตามกำหนด ผู้ดูแลระบบต้องตรวจสอบสาเหตุและสั่งทำงานซ้ำ</w:t>
      </w:r>
    </w:p>
    <w:p>
      <w:pPr>
        <w:autoSpaceDN w:val="0"/>
        <w:autoSpaceDE w:val="0"/>
        <w:widowControl/>
        <w:spacing w:line="308" w:lineRule="exact" w:before="202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การทดสอบกู้คืนดำเนินการเมื่อ 23 สิงหาคม 2569 โดยกู้คืนชุดสำรองลงในสภาพแวดล้อมที่ไม่ใช่ระบบใช้งานจริงสำเร็จ ตรวจสอบการเข้าถึงฐานข้อมูลและข้อมูลตัวอย่างครบถ้วน และผู้จัดการโครงการได้ทบทวนผลการทดสอบในขั้นตอนปิดโครงการ</w:t>
      </w:r>
    </w:p>
    <w:p>
      <w:pPr>
        <w:autoSpaceDN w:val="0"/>
        <w:autoSpaceDE w:val="0"/>
        <w:widowControl/>
        <w:spacing w:line="268" w:lineRule="exact" w:before="382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7 การปิดรายการควบคุมด้านปฏิบัติการ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64"/>
        </w:trPr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</w:p>
        </w:tc>
        <w:tc>
          <w:tcPr>
            <w:tcW w:type="dxa" w:w="1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ผู้รับผิดชอบ</w:t>
            </w:r>
          </w:p>
        </w:tc>
        <w:tc>
          <w:tcPr>
            <w:tcW w:type="dxa" w:w="13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สถานะ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ารปิดราย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976"/>
        </w:trPr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OP-001</w:t>
            </w:r>
          </w:p>
        </w:tc>
        <w:tc>
          <w:tcPr>
            <w:tcW w:type="dxa" w:w="2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การสำรองและกู้คืนฐานข้อมูล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wms2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แบบอัตโนมัติ</w:t>
            </w:r>
          </w:p>
        </w:tc>
        <w:tc>
          <w:tcPr>
            <w:tcW w:type="dxa" w:w="1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System Administrator</w:t>
            </w:r>
          </w:p>
        </w:tc>
        <w:tc>
          <w:tcPr>
            <w:tcW w:type="dxa" w:w="13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ปิดรายการ 23 สิงหาคม 2569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หัวข้อ 6 ระบุรอบการสำรอง ที่จัดเก็บ การเก็บรักษา ขั้นตอนกู้คืน และผลการทดสอบกู้คืน</w:t>
            </w:r>
          </w:p>
        </w:tc>
      </w:tr>
      <w:tr>
        <w:trPr>
          <w:trHeight w:hRule="exact" w:val="974"/>
        </w:trPr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OP-002</w:t>
            </w:r>
          </w:p>
        </w:tc>
        <w:tc>
          <w:tcPr>
            <w:tcW w:type="dxa" w:w="2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ารเฝ้าระวังระบบและ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ารแจ้ง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เตือนเมื่อเ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ิดเหตุ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</w:p>
        </w:tc>
        <w:tc>
          <w:tcPr>
            <w:tcW w:type="dxa" w:w="12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System Administrator</w:t>
            </w:r>
          </w:p>
        </w:tc>
        <w:tc>
          <w:tcPr>
            <w:tcW w:type="dxa" w:w="13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ปิดรายการ 23 สิงหาคม 2569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หัวข้อ 5 ระบุรอบการตรวจสอบ เงื่อนไขการแจ้งเตือน ผู้รับแจ้ง และขั้นตอนการยกระดับ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8 การจัดการผู้ใช้งานและสิทธิ์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ผู้ใช้ระดับ Owner หรือ Admin จัดการผู้ใช้งาน บทบาท และสิทธิ์การเข้าถึงแอปพลิเคชันจากเมนูตั้งค่า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การเปลี่ยนบทบาทมีผลกับการทำงานครั้งถัดไปของผู้ใช้รายนั้น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ระบบอนุญาตให้ใช้งานได้ครั้งละหนึ่ง Session ต่อบัญชี เพื่อป้องกันการใช้บัญชีร่วมกัน</w:t>
      </w:r>
    </w:p>
    <w:p>
      <w:pPr>
        <w:autoSpaceDN w:val="0"/>
        <w:autoSpaceDE w:val="0"/>
        <w:widowControl/>
        <w:spacing w:line="256" w:lineRule="exact" w:before="33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2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8" w:lineRule="exact" w:before="420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2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UM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roduct-operation-guid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