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ซอฟต์แวร์สำหรับส่งมอบให้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ชื่อผลิตภัณฑ์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BRN WMS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หรือแบบ Container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 compose up -d --build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ขอบเขตระบบงานที่ส่งมอบ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1.0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 Baseline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ควบคุมใน Repository หลักและสำรอง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 Stack และสคริปต์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สำหรับสร้างฐานข้อมูล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ครบ 14 หมวด 80 รายการ ผ่านทั้งหมด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ารตรวจรับส่งมอบ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Acceptance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Accepted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Operation Guide, Maintenance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รายการส่วนประกอบทั้งหมดอยู่ในเอกสาร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สถาปัตยกรรมและการออกแบบอยู่ในเอกสาร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 Configuration Item และการควบคุมเวอร์ชันอยู่ในเอกสาร Software Configuration (WP 8)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