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Test Case and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Procedures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25690731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Internal Testing Server (PHP 8,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Node.js)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ทดสอบการยอมรับ (UAT)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3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สถานะของ Repository ที่ใกล้เคียงที่สุด ณ สิ้นสุดรอบทดสอบคือ Commit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dd48a8b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72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&amp; Onboarding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ต้องส่งอีเมลได้จริง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7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Role Guard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แต่ละบทบาทเข้าถึงได้เฉพาะหน้าจอ/คำสั่งที่อนุญาต คำสั่งที่ไม่ได้รับสิทธิ์ถูกปฏิเสธฝั่งเซิร์ฟเวอร์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Recovery / OTP / Session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รีเซ็ตสำเร็จโดยไม่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เปิดเผยรหัสผ่าน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เดิม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App-Access Administration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Admin เพิ่มผู้ใช้ เปลี่ยนบทบาท และปิดสิทธิ์แอปพลิเคชัน; Staff ลองทำรายการเดียวกัน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&amp; System Settings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19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นั้นเท่านั้น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Mail Dispatch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ตั้งค่า SMTP แล้วส่งอีเมลทดสอบ/คำเชิญ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อีเมลถูกส่งผ่าน SMTP ของบริษัทและได้รับที่ปลายทาง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TC-UN02.001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/ Storage / Bin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รายการถูกต้องถูกบันทึก ข้อมูลผิดถูกปฏิเสธพร้อมข้อความ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Category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เพิ่มหมวดสินค้าและสินค้าพร้อมหน่วยนับ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สินค้าแสดงในรายการและเลือกใช้ในรายการสต๊อกได้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UN03.003 Master – Contact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Layer Configuration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ทั้งสองบริษัททำรายการได้ถูกต้องตามโครงสร้างของตน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2 บริษัททดสอบ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UN04.001 ICS – Stock-in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UN04.002 ICS – Stock-out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8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จ่ายสินค้าออกภายในยอดคงเหลือ และจ่ายเกินยอด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ยอดลดลงถูกต้อง การจ่ายเกินยอดถูกปฏิเสธ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UN04.003 ICS – Stock Transfer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โอนย้ายระหว่าง 2 ตำแหน่งที่ได้รับอนุญาต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Serial / Expiry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7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และแสดงในรายงาน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Label &amp; Scan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ฉลากมีรหัสที่ใช้งานได้ ค่าที่สแกนถูกยอมรับ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เครื่องสแกนหรือจำลอง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Attachment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แนบไฟล์ที่อนุญาตและไฟล์ที่ไม่อนุญาตกับรายการ; ผู้ใช้บริษัทอื่นเรียกดู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 Sales – Quotation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สร้างใบเสนอรา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าให้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้าและแปลงเป็น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ใบสั่งขายถูกสร้างพร้อมอ้างอิงใบเสนอราคา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UN05.002 Sales – Sales Order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สถานะเปลี่ยนตามที่อนุญาตและตัดสต๊อกถูกต้อง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TC-UN04.001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UN05.003 Sales – Invoice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ใบแจ้งหนี้ได้เลขที่เอกสารและบันทึก GL สมดุล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/ Credit Note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ลดหนี้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0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บัญชีปรับตามใบลด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สถานะอนุมัติ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สต๊อกเพิ่มและ GL บันทึกสมดุล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Billing &amp; Receipt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Billing &amp; Payment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8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of Accounts / Departments / Formulas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โครงสร้างบัญชีถูกบันทึกและใช้กับการผ่านรายการได้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&amp; GL Posting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บันทึกสมุดรายวันแบบสมดุลและแบบไม่สมดุล; จำลองความล้มเหลวระหว่างผ่านรายการ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รายการสมดุลถูกผ่าน GL รายการไม่สมดุลถูกปฏิเสธ ความล้มเหลวถูก Rollback ทั้งชุด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เปิดแดชบอร์ดคลังสินค้าและบัญชีหลังรันงานสรุปยอด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ตัวเลขตรงกับตารางสรุปยอดและแสดงผลภายในเวลาที่ใช้งานได้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8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Reports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ที่ได้รับสิทธิ์ตามตัว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TC-UN04.001–TC-UN04.004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Reports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ยอดรวมสอด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ันในงวดที่เลือ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/ Print / Export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TC-UN09.002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หลายฉบับติดต่อ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6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พยายามเปลี่ยนสถานะเอกสารข้ามขั้น; ลบเอกสารควบคุม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การเปลี่ยนสถานะที่ไม่ถูกต้องถูกปฏิเสธพร้อมข้อความ การลบต้องยืนยันก่อน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TC-UN10.001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Fields &amp; History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ผู้สร้าง ผู้แก้ไข วันที่ และสถานะถูกบันทึกครบ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Notification Server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เปลี่ยนสถานะเอกสารที่ต้องแจ้งเตือน; เรียก Endpoint แจ้งเตือนโดยไม่มี Secret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Node.js + pm2,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(ETL &amp; Alerts)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รันงานสรุปยอดสต๊อก/GL และแจ้งเตือนสินค้าใกล้หมด/ใบแจ้งหนี้ค้างชำระ; ตรวจเวลาบันทึกเทียบ Asia/Bangkok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งานเสร็จโดยไม่ซ้ำ ผลลัพธ์อยู่ในขอบเขตสิทธิ์ เวลาถูกต้องตามเขตเวลา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Node.js + pm2,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TC-UN04.001, TC-UN07.001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Scope Guard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2 บริษัททดสอบ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TC-UN01.002, TC-UN03.001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 Security – Server-side Validation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ส่งข้อมูลนำเข้าที่มี SQL/Script และค่าที่ไม่ถูกต้องไปยัง Action ฝั่งเซิร์ฟเวอร์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ถูกปฏิเสธหรือ Escape โดยไม่มีข้อมูลเปลี่ยนแปลงหรือ Script ทำงาน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เครื่องมือทดสอบ API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Operation Lock &amp; Usage Guard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24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ารในงวดที่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วตาบริษัท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TC-UN08.002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&amp; Secret Configuration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 Repository และสภาพแวดล้อมที่ติดตั้งว่ามีความลับหรือไฟล์ตั้งค่าเปิดเผยหรือไม่; เรียกผ่าน HTTPS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ไม่พบความลับใน Git หรือเข้าถึงได้จากเว็บ การเชื่อมต่อผ่าน TLS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Repository, Deployed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Schema Installer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ติดตั้งบนเ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รื่องใหม่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Fresh Linux Server,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ต้องใช้เครื่องว่าง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Compose Stack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รัน docker compose up -d --build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Container php-apache, mariadb, node ทำงานและเข้าใช้ระบบได้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TC-UN13.003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Generator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วามลับว่าง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Output Specifications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 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Restore</w:t>
            </w:r>
          </w:p>
        </w:tc>
        <w:tc>
          <w:tcPr>
            <w:tcW w:type="dxa" w:w="1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 กู้คืนสู่สภาพแวดล้อมทดสอบ และ Clone จาก Backup Remote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ข้อมูลและ Source Code กู้คืนได้ครบตามขั้นตอนในคู่มือ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Testing Server, Backup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Remote</w:t>
            </w:r>
          </w:p>
        </w:tc>
        <w:tc>
          <w:tcPr>
            <w:tcW w:type="dxa" w:w="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สิงหาคม 2569 – 14 สิงหาคม 2569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Pending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Conclusion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