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Actor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Scheduler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 Service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6" w:lineRule="exact" w:before="174" w:after="342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(Layer)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Presentation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JavaScript และ CSS ที่รองรับ Responsive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Business Logic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เรียกใช้จาก Page Controller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</w:tr>
      <w:tr>
        <w:trPr>
          <w:trHeight w:hRule="exact" w:val="70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Access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SR08:001–SR08:005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Real-time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Scheduler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ควบคุมด้วย pm2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External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246" w:lineRule="exact" w:before="174" w:after="34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ชั้นการติดตั้ง (Tier)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Client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docker/php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(คลัง/บัญชี)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Service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ควบคุมด้วย pm2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 &amp; Onboarding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Inventory Control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ืนและใบลดหนี้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Settings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2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2839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283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4334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หัวข้อนี้ระบุสิ่งที่ถูกกำหนดเป็น Baseline ของซอฟต์แวร์ วันที่กำหนด และผู้อนุมัติ เพื่อให้ตรวจสอบเส้นทาง Baseline → Configuration → Change ได้ในเอกสารชุดเดียวกัน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ของแอปพลิเคชัน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4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docker/mariadb/init-wms2.sql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่าและชุดติด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576" w:firstLine="0"/>
              <w:jc w:val="center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(ไม่รวมค่าความลับ)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Products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4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Tag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sdlc-v1.0-final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1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1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(Baseline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1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1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71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52"/>
        </w:trPr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</w:t>
            </w:r>
          </w:p>
        </w:tc>
        <w:tc>
          <w:tcPr>
            <w:tcW w:type="dxa" w:w="71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 พร้อมการตรวจรับเมื่อ 17 สิงหาคม 2569</w:t>
            </w:r>
          </w:p>
        </w:tc>
      </w:tr>
      <w:tr>
        <w:trPr>
          <w:trHeight w:hRule="exact" w:val="720"/>
        </w:trPr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1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71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Traceability Record (WP 13) เชื่อมโยงความต้องการกับ Software Unit และ Test Case บน Baseline นี้</w:t>
            </w:r>
          </w:p>
        </w:tc>
      </w:tr>
      <w:tr>
        <w:trPr>
          <w:trHeight w:hRule="exact" w:val="720"/>
        </w:trPr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 Baseline</w:t>
            </w:r>
          </w:p>
        </w:tc>
        <w:tc>
          <w:tcPr>
            <w:tcW w:type="dxa" w:w="71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UN01 — ผู้ใช้งานและสิทธิ์ (Identity &amp; Access)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Onboarding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เชิญผู้ใช้และรับ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บริษัทที่ถู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Login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Role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UserManager.php, app/assets/utils/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Session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PasswordManager.php, PasswordResetManager.php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Administration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เพิ่ม/แก้ไข/ปิดใช้ผู้ใช้, กำหนดบทบาทและสิทธิ์การเข้าถึงแอปพลิเคชัน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app/setting/, UserManager.php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UN02 — ตั้งค่าบริษัท (Company Settings)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System Settings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CompanyProfileManager.php, CompanySettingManager.php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Mail Dispatch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UN03 — ข้อมูลหลัก (Master Data)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/ Storage / Bin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app/inventory/, WarehouseManager.php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Category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app/contact/, ContactManager.php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Layer 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หลายชั้นต่อบริษัท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CompanySettingManager.php, WarehouseManager.php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UN04 — ควบคุมสินค้าคงคลัง (Inventory 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app/ics/, StockManager.php, StockTablesTrait.php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Transfer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Lot /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Expiry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วันหมดอายุ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StockSourceManager.php, md_lot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Label &amp; Scan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BarcodeManager.php, location_barcode_label.php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File Attachment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ดูไฟล์ที่อนุญาตใน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ารที่รองรับ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FileUploader.php</w:t>
            </w:r>
          </w:p>
        </w:tc>
      </w:tr>
      <w:tr>
        <w:trPr>
          <w:trHeight w:hRule="exact" w:val="46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app/order/, QuotationManager.php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OrderManager.php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InvoiceManager.php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Return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Credit Note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UN06 — จัดซื้อ (Purchasing)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Request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app/po/, PurchaseRequestManager.php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PurchaseOrderManager.php, 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Supplier Return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SupplierReturnManager.php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UN07 — การเงิน (Finance)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Receipt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Receipt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app/finance/, ReceiptBillingManager.php, ReceiptManager.php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Payment Billing &amp; Payment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PaymentBillingManager.php, PaymentManager.php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UN08 — บัญชี (Accounting)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Departments / Formulas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app/accounting/, PostingManager.php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Journal &amp; GL Posting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app/journal/, PostingManager.php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151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Dashboard &amp; Aggregates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app/dashboard/, app/ac_dashboard/, EtlStockManager.php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ภาพรวมสต๊อก, ความเคลื่อนไหว, ความจุ, สินค้าใกล้หมด, หมดอายุ, Lot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app/reports/, ReportManager.php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Financial 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งบทดลอง, งบกำไรขาดทุน, งบดุล, VAT, สมุดรายวัน, ความเคลื่อนไหว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Filter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Print / Export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app/reports/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UN10 — ควบคุมเอกสาร (Document 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Numbering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DocumentNumberManager.php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Lifecycle &amp; Status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BatchActionManager.php, Manager classes</w:t>
            </w:r>
          </w:p>
        </w:tc>
      </w:tr>
      <w:tr>
        <w:trPr>
          <w:trHeight w:hRule="exact" w:val="70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Audit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Fields &amp; History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td_* tables, td_bin_log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UN11 — แจ้งเตือนและงานตามกำหนดเวลา (Notification &amp; Scheduler)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nodejs/server.js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(ETL &amp; Alerts)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nodejs/scheduler.js,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app/cron/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UN12 — ความปลอดภัยและการแยกข้อมูล (Security &amp; Tenant Scope)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Scope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จำกัดทุก Query และ Action ให้อยู่ในบริษัท/คลังที่ผู้ใช้ได้รับอนุญาต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StockTablesTrait.php, Manager classes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side Validation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app/assets/utils/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Operation Lock &amp; Usage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OperationLockManager.php, UsageGuard.php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TLS &amp; Secret 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docker/php/config.php.template, .env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UN13 — ติดตั้งและสำรองข้อมูล (Deployment &amp; Backup)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setup.php Schema Installer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setup.php, docker/mariadb/init-wms2.sql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Stack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docker-compose.yml, docker/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docker/init-env.sh,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.env.example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Restore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Guide, 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