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Configuration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Version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เอกสารส่งมอบครั้งที่ 1 (วางแผนโครงการ)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Schedule)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70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เอกสารส่งมอบครั้งที่ 2 (พัฒนาและทดสอบ)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0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Specification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 BRN WMS ที่ผ่านการทดสอบ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72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เอกสารส่งมอบครั้งที่ 3 (ส่งมอบและปิดโครงการ)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Acceptance Report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 Configuration Item ของซอฟต์แวร์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แอปพลิเคชัน PHP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บน branch main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nodejs/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package.json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package-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lock.json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6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docker/mariadb/init-wms2.sql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ไม่รวม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app/config.php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บนเครื่องที่ติดตั้ง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ไม่ควบคุมใน Git สร้างขึ้นตอนติดตั้งด้วย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docker/init-env.sh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(Markdown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ต้นฉบับ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(PDF)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sdlc-delivery/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สร้างจาก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scripts/build-sdlc-delivery.sh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การควบคุมเวอร์ชันและการเข้าถึง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(origin)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(backup)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main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เป็น Baseline ที่ควบคุม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องระบบที่ส่งมอบ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Tag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sdlc-v1.0-final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ยืนยันตัวตนด้วย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SSH Key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องสมาชิ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430" w:lineRule="exact" w:before="210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ารเชื่อมโยง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ับ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ารเปลี่ยนแปลง</w:t>
      </w:r>
      <w:r>
        <w:rPr>
          <w:rFonts w:ascii="Leelawadee UI" w:hAnsi="Leelawadee UI" w:cs="Leelawadee UI" w:eastAsia="Leelawadee UI"/>
        </w:rPr>
        <w:br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ารเปลี่ยนแปลง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Configuration Item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ต้องพิจารณาตามเ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ณฑ์ใน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Change Report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ขข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้อบ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พร่องต้อง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Correction Register (ISS-001–ISS-028)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โดยทุ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ารเชื่อมโยง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ับ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Commit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ที่ตรวจสอบได้ใน</w:t>
      </w:r>
    </w:p>
    <w:p>
      <w:pPr>
        <w:autoSpaceDN w:val="0"/>
        <w:autoSpaceDE w:val="0"/>
        <w:widowControl/>
        <w:spacing w:line="210" w:lineRule="exact" w:before="9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Repository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nfigurati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