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Design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and Test Procedures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Results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User Document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ไปใช้งานจริง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(Git baseline 6c39700) และติดตั้ง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Operation Guide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หมวดความต้องการ (80 รายการ) 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Guide, Maintenance 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Repository,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โดยผู้ตรวจ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สอบอิสระ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17 สิงหาคม 2569 โดยงานอบรมผู้ใช้งานและการปิดงานควบคุมปฏิบัติการดำเนินการแล้วเสร็จภายในวันที่ 24 สิงหาคม 2569 ตามแผนปิดโครงการ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