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Stakeholder Register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25690116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รายชื่อผู้มีส่วนได้ส่วนเสีย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(Stakeholder Register)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สรุปชื่อผู้มีส่วนได้ส่วนเสียหลัก (Key 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72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ุล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ชื่อย่อ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บทบาท (Role)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วามรับผิดชอบหลั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(Responsibility)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ระดับการมีส่วนร่วม (Engagement)</w:t>
            </w:r>
          </w:p>
        </w:tc>
      </w:tr>
      <w:tr>
        <w:trPr>
          <w:trHeight w:hRule="exact" w:val="72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อนุมัติขอบเขต งบประมาณ และการเปลี่ยนแปลง ตรวจรับส่งมอบ และอนุมัติปิดโครงการ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 (Approve), 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(Inform)</w:t>
            </w:r>
          </w:p>
        </w:tc>
      </w:tr>
      <w:tr>
        <w:trPr>
          <w:trHeight w:hRule="exact" w:val="706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Manager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วางแผนและควบคุมโครงการ ติดตามความก้าวหน้า บริหารความเสี่ยงและการเปลี่ยนแปลง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 (Accountable),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 (Responsible)</w:t>
            </w:r>
          </w:p>
        </w:tc>
      </w:tr>
      <w:tr>
        <w:trPr>
          <w:trHeight w:hRule="exact" w:val="72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System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Analyst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เก็บและวิเคราะห์ความต้องการ ออกแบบระบบและฐานข้อมูล จัดทำเอกสาร SRS และ Design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 (Responsible),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 (Consult)</w:t>
            </w:r>
          </w:p>
        </w:tc>
      </w:tr>
      <w:tr>
        <w:trPr>
          <w:trHeight w:hRule="exact" w:val="72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พัฒนาระบบตามการออกแบบ ดูแลความปลอดภัย การติดตั้ง และการสำรองข้อมูล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 (Responsible),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 (Consult)</w:t>
            </w:r>
          </w:p>
        </w:tc>
      </w:tr>
      <w:tr>
        <w:trPr>
          <w:trHeight w:hRule="exact" w:val="72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QA / Tester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จัดทำและดำเนินการทดสอบ ตรวจสอบ Work Products และติดตามการแก้ไขข้อบกพร่อง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 (Responsible),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 (Consult)</w:t>
            </w:r>
          </w:p>
        </w:tc>
      </w:tr>
      <w:tr>
        <w:trPr>
          <w:trHeight w:hRule="exact" w:val="72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Control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ควบคุมรหัสเอกสาร เวอร์ชัน การอนุมัติ การจัดเก็บ และหลักฐานของโครงการ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 (Responsible)</w:t>
            </w:r>
          </w:p>
        </w:tc>
      </w:tr>
      <w:tr>
        <w:trPr>
          <w:trHeight w:hRule="exact" w:val="974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หัวหน้าฝ่ายคลังสินค้าและพนักงานคลัง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—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ให้ข้อมูลกระบวนการทำงาน ทดสอบการใช้งาน และใช้งานระบบจริง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 (Consult), 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(Review)</w:t>
            </w:r>
          </w:p>
        </w:tc>
      </w:tr>
      <w:tr>
        <w:trPr>
          <w:trHeight w:hRule="exact" w:val="72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ายและฝ่ายจัด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ซื้อ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—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ให้ข้อมูลกระบวนการเอกสารขายและจัดซื้อ และทดสอบการใช้งาน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 (Consult)</w:t>
            </w:r>
          </w:p>
        </w:tc>
      </w:tr>
      <w:tr>
        <w:trPr>
          <w:trHeight w:hRule="exact" w:val="72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ฝ่ายบัญชีและ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เงิน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—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ให้ข้อมูลการวางบิล รับชำระ จ่ายชำระ และการบันทึกบัญชี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 (Consult)</w:t>
            </w:r>
          </w:p>
        </w:tc>
      </w:tr>
      <w:tr>
        <w:trPr>
          <w:trHeight w:hRule="exact" w:val="976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ผู้ดูแลระบบ (System Administrator)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—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ผู้สนับสนุน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 ตั้งค่า เฝ้าระวัง สำรองและกู้คืนระบบ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 (Consult), 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(Inform)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300" w:lineRule="exact" w:before="374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หมายเหตุ: รหัสระดับการมีส่วนร่วม (Engagement Level) ได้แก่ A: Approve, R: Responsible, C: Consult, I: Inform ตามแนวทาง RACI Matrix เพื่อระบุระดับการมีส่วนร่วมในแต่ละบทบาท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ช่องทางการสื่อสาร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68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</w:p>
        </w:tc>
        <w:tc>
          <w:tcPr>
            <w:tcW w:type="dxa" w:w="20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วามถี่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  <w:tc>
          <w:tcPr>
            <w:tcW w:type="dxa" w:w="1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</w:tr>
      <w:tr>
        <w:trPr>
          <w:trHeight w:hRule="exact" w:val="70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้าวหน้า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(Progress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 Record)</w:t>
            </w:r>
          </w:p>
        </w:tc>
        <w:tc>
          <w:tcPr>
            <w:tcW w:type="dxa" w:w="20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งวดรายงาน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ทีมโ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Sponsor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ประชุมติดตามโ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(Minutes of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Meeting)</w:t>
            </w:r>
          </w:p>
        </w:tc>
        <w:tc>
          <w:tcPr>
            <w:tcW w:type="dxa" w:w="20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ตามจุดตรวจสอบที่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ในแผนงาน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้องทั้งหมด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</w:p>
        </w:tc>
        <w:tc>
          <w:tcPr>
            <w:tcW w:type="dxa" w:w="20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เมื่อพบ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 / ThS</w:t>
            </w:r>
          </w:p>
        </w:tc>
        <w:tc>
          <w:tcPr>
            <w:tcW w:type="dxa" w:w="1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และผู้รับผิดชอบที่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</w:tr>
      <w:tr>
        <w:trPr>
          <w:trHeight w:hRule="exact" w:val="464"/>
        </w:trPr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(Change Report)</w:t>
            </w:r>
          </w:p>
        </w:tc>
        <w:tc>
          <w:tcPr>
            <w:tcW w:type="dxa" w:w="20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เมื่อมี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ารร้อง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9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ณะพิจารณา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keholder-regis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