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Validation Result (UAT)</w:t>
            </w:r>
          </w:p>
        </w:tc>
        <w:tc>
          <w:tcPr>
            <w:tcW w:type="dxa" w:w="2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25690814 V1.0 PaNg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ารยืนยัน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ับผู้ใช้งาน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Responsible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คุณเสรี วิริยะสกุลธรณ์ (Project Sponsor / ตัวแทนลูกค้า)</w:t>
            </w:r>
          </w:p>
        </w:tc>
      </w:tr>
    </w:tbl>
    <w:p>
      <w:pPr>
        <w:autoSpaceDN w:val="0"/>
        <w:autoSpaceDE w:val="0"/>
        <w:widowControl/>
        <w:spacing w:line="266" w:lineRule="exact" w:before="432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300" w:lineRule="exact" w:before="132" w:after="0"/>
        <w:ind w:left="256" w:right="576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เพื่อยืนยันว่าระบบที่พัฒนาตรงตามความต้องการของลูกค้า (Customer Requirements) สามารถใช้งานได้จริง มีประสิทธิภาพ มีความปลอดภัย และพร้อมเปิดใช้งานจริง (Go-Live) โดยใช้ความต้องการของลูกค้าทุกรายการเป็นตัวตั้งของการทดสอบการยอมรับ และอ้างอิง Test Case หรือเอกสารส่งมอบเป็นหลักฐานประกอบ</w:t>
      </w:r>
    </w:p>
    <w:p>
      <w:pPr>
        <w:autoSpaceDN w:val="0"/>
        <w:autoSpaceDE w:val="0"/>
        <w:widowControl/>
        <w:spacing w:line="268" w:lineRule="exact" w:before="39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สภาพแวดล้อมและผู้ทดสอบ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31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59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66"/>
        </w:trPr>
        <w:tc>
          <w:tcPr>
            <w:tcW w:type="dxa" w:w="31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สภาพแวดล้อมที่ใช้ทดสอบ</w:t>
            </w:r>
          </w:p>
        </w:tc>
        <w:tc>
          <w:tcPr>
            <w:tcW w:type="dxa" w:w="59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สภาพแวดล้อมใช้งานจริง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</w:p>
        </w:tc>
      </w:tr>
      <w:tr>
        <w:trPr>
          <w:trHeight w:hRule="exact" w:val="450"/>
        </w:trPr>
        <w:tc>
          <w:tcPr>
            <w:tcW w:type="dxa" w:w="31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ผู้ทดสอบ</w:t>
            </w:r>
          </w:p>
        </w:tc>
        <w:tc>
          <w:tcPr>
            <w:tcW w:type="dxa" w:w="59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 (Project Sponsor / ตัวแทนลูกค้า)</w:t>
            </w:r>
          </w:p>
        </w:tc>
      </w:tr>
      <w:tr>
        <w:trPr>
          <w:trHeight w:hRule="exact" w:val="464"/>
        </w:trPr>
        <w:tc>
          <w:tcPr>
            <w:tcW w:type="dxa" w:w="31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</w:p>
        </w:tc>
        <w:tc>
          <w:tcPr>
            <w:tcW w:type="dxa" w:w="59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คุณปริญ งามขำ (QA/Tester)</w:t>
            </w:r>
          </w:p>
        </w:tc>
      </w:tr>
      <w:tr>
        <w:trPr>
          <w:trHeight w:hRule="exact" w:val="450"/>
        </w:trPr>
        <w:tc>
          <w:tcPr>
            <w:tcW w:type="dxa" w:w="31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ช่วงเวลาทดสอบ</w:t>
            </w:r>
          </w:p>
        </w:tc>
        <w:tc>
          <w:tcPr>
            <w:tcW w:type="dxa" w:w="59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 – 14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</w:tr>
      <w:tr>
        <w:trPr>
          <w:trHeight w:hRule="exact" w:val="466"/>
        </w:trPr>
        <w:tc>
          <w:tcPr>
            <w:tcW w:type="dxa" w:w="31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</w:t>
            </w:r>
          </w:p>
        </w:tc>
        <w:tc>
          <w:tcPr>
            <w:tcW w:type="dxa" w:w="59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Requirements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หมวด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80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(CR01–CR14)</w:t>
            </w:r>
          </w:p>
        </w:tc>
      </w:tr>
      <w:tr>
        <w:trPr>
          <w:trHeight w:hRule="exact" w:val="450"/>
        </w:trPr>
        <w:tc>
          <w:tcPr>
            <w:tcW w:type="dxa" w:w="31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สถานะ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ที่ใ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ล้เ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ียงที่สุด</w:t>
            </w:r>
          </w:p>
        </w:tc>
        <w:tc>
          <w:tcPr>
            <w:tcW w:type="dxa" w:w="59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12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Commit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dd48a8b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ตารางสรุป Validation Result ตาม Customer Requirements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 ID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Requirement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ารยืนยัน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ฐานอ้างอิง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Tester</w:t>
            </w:r>
          </w:p>
        </w:tc>
      </w:tr>
      <w:tr>
        <w:trPr>
          <w:trHeight w:hRule="exact" w:val="72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864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Feature &amp; Functional Characteristics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CR01:001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ารลงทะเบียนเจ้า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บริษัทและ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ารเชิญผู้ใช้งานเ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้าร่วม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(Onboarding)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ทดลองใช้งานตามขั้นตอนธุรกิจจริงบนระบบ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TC-UN01.001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448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 ID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Requirement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ารยืนยัน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ฐานอ้างอิง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Tester</w:t>
            </w:r>
          </w:p>
        </w:tc>
      </w:tr>
      <w:tr>
        <w:trPr>
          <w:trHeight w:hRule="exact" w:val="992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CR01:002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12" w:right="264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ระบบต้องยืนยันตัวตนผู้ใช้และบัง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สิทธิ์ตามบทบาท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Owner, Admin,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Staff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Viewer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ทดลองใช้งานตามขั้นตอนธุรกิจจริงบนระบบ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2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CR01:003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ระบบต้องรองรับการกู้คืนรหัสผ่าน การควบคุม Session และการยืนยัน OTP ตามที่กำหนด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ทดลองใช้งานตามขั้นตอนธุรกิจจริงบนระบบ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TC-UN01.003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CR01:004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ระบบต้องให้ผู้ดูแลจัดการข้อมูลบริษัท, SMTP, การตั้งค่าระบบ, ผู้ใช้งาน และสิทธิ์การเข้าถึงแอปพลิเคชัน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ทดลองใช้งานตามขั้นตอนธุรกิจจริงบนระบบ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670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TC-UN01.004,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TC-UN02.001,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TC-UN02.002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9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CR01:005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ระบบต้องจัดการข้อมูลคลังสินค้า, พื้นที่/ช่องจัดเก็บ, หมวดสินค้า, สินค้า, ประเภทผู้ติดต่อ และผู้ติดต่อ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ทดลองใช้งานตามขั้นตอนธุรกิจจริงบนระบบ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670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TC-UN03.001,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TC-UN03.002,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TC-UN03.003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CR01:006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ระบบต้องรองรับโครงสร้างตำแหน่งจัดเก็บทั้งแบบคลังเดียวและแบบหลายชั้น (คลัง/พื้นที่/ช่อง)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ทดลองใช้งานตามขั้นตอนธุรกิจจริงบนระบบ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TC-UN03.004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123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CR01:007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ระบบต้องบันทึกการรับสินค้าเข้า (Stock-in) ระบุสินค้า จำนวน ตำแหน่ง เอกสารอ้างอิง และข้อมูลติดตาม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ทดลองใช้งานตามขั้นตอนธุรกิจจริงบนระบบ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TC-UN04.001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9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CR01:008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ระบบต้องบันทึกการจ่ายสินค้าออก (Stock-out) โดยตรวจสอบสิทธิ์และยอดคงเหลือก่อนจ่าย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ทดลองใช้งานตามขั้นตอนธุรกิจจริงบนระบบ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TC-UN04.002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CR01:009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ระบบต้องโอนย้ายสินค้าระหว่างตำแหน่งจัดเก็บที่ได้รับอนุญาตโดยยอดต้นทาง/ปลายทางสมดุลกัน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ทดลองใช้งานตามขั้นตอนธุรกิจจริงบนระบบ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TC-UN04.003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CR01:010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ระบบต้องติดตาม Lot, Serial Number และวันหมดอายุของสินค้าที่เกี่ยวข้อง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ทดลองใช้งานตามขั้นตอนธุรกิจจริงบนระบบ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TC-UN04.004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124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CR01:011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ระบบต้องแสดงภาพรวมสต๊อก, ประวัติความเคลื่อนไหว, ความจุ/การใช้พื้นที่, สินค้าใกล้หมด, สินค้าหมดอายุ และข้อมูล Lot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ทดลองใช้งานตามขั้นตอนธุรกิจจริงบนระบบ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TC-UN09.002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CR01:012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ระบบต้องพิมพ์บาร์โค้ดสินค้า (SKU) และตำแหน่งจัดเก็บ และรองรับการสแกนในหน้าจอที่กำหนด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ทดลองใช้งานตามขั้นตอนธุรกิจจริงบนระบบ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TC-UN04.005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124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CR01:013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ระบบต้องสร้างและจัดการใบเสนอราคา, ใบสั่งขาย, ใบแจ้งหนี้, ใบรับคืน และใบลดหนี้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ทดลองใช้งานตามขั้นตอนธุรกิจจริงบนระบบ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4" w:right="670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TC-UN05.001,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TC-UN05.002,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TC-UN05.003,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TC-UN05.004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448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 ID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Requirement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ารยืนยัน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ฐานอ้างอิง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Tester</w:t>
            </w:r>
          </w:p>
        </w:tc>
      </w:tr>
      <w:tr>
        <w:trPr>
          <w:trHeight w:hRule="exact" w:val="124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CR01:014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ระบบต้องสร้างและจัดการใบขอซื้อ, ใบสั่งซื้อ, ใบแจ้งหนี้ซื้อ และใบคืนสินค้าผู้ขาย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ทดลองใช้งานตามขั้นตอนธุรกิจจริงบนระบบ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68" w:after="0"/>
              <w:ind w:left="114" w:right="670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TC-UN06.001,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TC-UN06.002,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TC-UN06.003,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TC-UN06.004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CR01:015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ระบบต้องสร้างและจัดการใบวางบิลรับ, ใบเสร็จรับเงิน, ใบวางบิลจ่าย และใบสำคัญจ่าย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ทดลองใช้งานตามขั้นตอนธุรกิจจริงบนระบบ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576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TC-UN07.001,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TC-UN07.002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9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CR01:016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ระบบต้องจัดการผังบัญชี, แผนก, สูตรบัญชี, สมุดรายวัน และบัญชีแยกประเภท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ทดลองใช้งานตามขั้นตอนธุรกิจจริงบนระบบ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576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TC-UN08.001,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TC-UN08.002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CR01:017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ระบบต้องจัดทำรายงานงบทดลอง, งบกำไรขาดทุน, งบดุล, ภาษีมูลค่าเพิ่ม, สมุดรายวัน และความเคลื่อนไหว GL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ทดลองใช้งานตามขั้นตอนธุรกิจจริงบนระบบ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TC-UN09.003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CR01:018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สารอัตโนมัติ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ุมสถานะ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วงจรชีวิต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ทดลองใช้งานตามขั้นตอนธุรกิจจริงบนระบบ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576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TC-UN10.001,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TC-UN10.002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CR01:019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ารแนบไฟล์ที่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อนุญาต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ทดลองใช้งานตามขั้นตอนธุรกิจจริงบนระบบ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TC-UN04.006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9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CR01:020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ระบบต้องให้ผู้ใช้กรอง ดู พิมพ์ และส่งออกรายงานปฏิบัติการและรายงานผู้บริหาร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ทดลองใช้งานตามขั้นตอนธุรกิจจริงบนระบบ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TC-UN09.004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CR01:021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ระบบต้องแจ้งเตือนผู้ใช้ที่เ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้องเมื่อ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สถานะเอ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สารเปลี่ยนหรือมีเหตุ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ารณ์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ปฏิบัติ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ทดลองใช้งานตามขั้นตอนธุรกิจจริงบนระบบ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TC-UN11.001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CR01:022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ระบบต้องสรุปยอดสต๊อ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ก/GL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และแจ้ง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เตือนสิน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้าใ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ล้หมดและใบแจ้งหนี้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ชำระตาม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ทดลองใช้งานตามขั้นตอนธุรกิจจริงบนระบบ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TC-UN11.002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9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CR01:023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ระบบต้องเก็บผู้สร้าง ผู้แก้ไข สถานะ และประวัติรายการเพื่อการตรวจสอบ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ทดลองใช้งานตามขั้นตอนธุรกิจจริงบนระบบ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TC-UN10.003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CR01:024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ระบบต้องจำ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้อมูลบริษัทและ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้าให้เฉพาะผู้ใช้ที่ได้รับอนุญาตใน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บริบทปัจจุบัน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ทดลองใช้งานตามขั้นตอนธุรกิจจริงบนระบบ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TC-UN12.001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CR02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Performance Considerations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CR02:001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ระบบต้องตอบสนองงานประจำวัน (เปิดหน้าจอ, ค้นหา, สร้างเอกสาร) ภายในเวลาที่ใช้งานได้จริงบนสภาพแวดล้อมที่ตกลง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ใช้งานประจำวันบนสภาพแวดล้อมจริงและสังเกตเวลาตอบสนอง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TC-UN09.001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448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 ID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Requirement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ารยืนยัน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ฐานอ้างอิง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Tester</w:t>
            </w:r>
          </w:p>
        </w:tc>
      </w:tr>
      <w:tr>
        <w:trPr>
          <w:trHeight w:hRule="exact" w:val="124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CR02:002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68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ระบบต้องมีตารางสรุปยอด (Aggregate) เพื่อให้แดชบอร์ดและรายงานแสดงผลได้โดยไม่ต้องคำนวณใหม่ทุกครั้ง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ใช้งานประจำวันบนสภาพแวดล้อมจริงและสังเกตเวลาตอบสนอง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0" w:right="576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TC-UN09.001,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TC-UN11.002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CR02:003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ระบบต้องรองรับปริมาณ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้อมูลและผู้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ใช้พร้อม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ันในระดับที่ต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ลงสำหรับ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สภาพแวดล้อมใช้งานจริง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ใช้งานประจำวันบนสภาพแวดล้อมจริงและสังเกตเวลาตอบสนอง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TC-UN09.001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46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Interface Considerations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CR03:001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ระบบต้องเชื่อมต่อฐานข้อมูล MySQL/MariaDB 2 ฐาน (wms สำหรับผู้ใช้/บริษัท และ wms2 สำหรับคลัง/บัญชี)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0" w:right="14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ใช้งานผ่าน Browser ที่กำหนด รับอีเมลและการแจ้งเตือนจริง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CR03:002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ระบบต้องใช้งานผ่าน Web Browser มาตรฐาน (Chrome, Edge, Firefox) ได้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0" w:right="14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ใช้งานผ่าน Browser ที่กำหนด รับอีเมลและการแจ้งเตือนจริง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CR03:003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ระบบต้องส่งเหตุการณ์ไปยังบริการ Node.js ผ่าน Endpoint ภายในที่ป้องกันด้วย Secret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0" w:right="14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ใช้งานผ่าน Browser ที่กำหนด รับอีเมลและการแจ้งเตือนจริง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TC-UN11.001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CR03:004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Browser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ต้องเชื่อมต่อ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Socket.IO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Endpoint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สาธารณะเพื่อรับ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ารแจ้ง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เตือนแบบ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Real-time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14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ใช้งานผ่าน Browser ที่กำหนด รับอีเมลและการแจ้งเตือนจริง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TC-UN11.001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9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CR03:005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ระบบต้องส่งอีเมล Onboarding, กู้คืนรหัสผ่าน และแจ้งเตือนผ่าน SMTP ที่ตั้งค่าต่อบริษัท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14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ใช้งานผ่าน Browser ที่กำหนด รับอีเมลและการแจ้งเตือนจริง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TC-UN02.002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70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CR04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152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Required System Characteristics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CR04:001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ระบบต้องพัฒนาบนสถาปัตยกรรม Web-based Application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ตรวจสอบสภาพแวดล้อมที่ติดตั้งและการเข้าสู่ระบบ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CR04:002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ระบบต้องเก็บข้อมูลแบบ Relational Database และรักษา Referential Integrity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ตรวจสอบสภาพแวดล้อมที่ติดตั้งและการเข้าสู่ระบบ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CR04:003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ระบบต้องรองรับการเข้าสู่ระบบด้วย Username/Password และกำหนดบทบาทผู้ใช้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ตรวจสอบสภาพแวดล้อมที่ติดตั้งและการเข้าสู่ระบบ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9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CR04:004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ระบบต้องทำงานบน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PHP 8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ึ้นไป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MySQL/MariaDB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Node.js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ตรวจสอบสภาพแวดล้อมที่ติดตั้งและการเข้าสู่ระบบ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70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864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Human Engineering Considerations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448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 ID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Requirement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ารยืนยัน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ฐานอ้างอิง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Tester</w:t>
            </w:r>
          </w:p>
        </w:tc>
      </w:tr>
      <w:tr>
        <w:trPr>
          <w:trHeight w:hRule="exact" w:val="992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CR05:001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UI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Responsive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ใช้งานได้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ทั้งบน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Desktop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และอุป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รณ์หน้า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(Tablet/Mobile)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ทดลองใช้งานบน Desktop และ Tablet/Mobile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2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CR05:002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เมนูและปุ่มคำสั่งต้องแสดงตามบทบาทและสิทธิ์การเข้าถึงของผู้ใช้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ทดลองใช้งานบน Desktop และ Tablet/Mobile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CR05:003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ระบบต้องแสดงผลการตรวจสอบข้อมูล สถานะ ความสำเร็จ และข้อผิดพลาดอย่างชัดเจน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ทดลองใช้งานบน Desktop และ Tablet/Mobile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TC-UN10.002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9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CR05:004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ระบบต้องมีขั้นตอนยืนยันก่อนลบ ยกเลิก หรือทำรายการที่ย้อนกลับไม่ได้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ทดลองใช้งานบน Desktop และ Tablet/Mobile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TC-UN10.002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CR05:005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ระบบต้องพิมพ์เอ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ิจและฉลา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บาร์โ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้ดในรูปแบบที่ใช้งานได้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ทดลองใช้งานบน Desktop และ Tablet/Mobile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TC-UN04.005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Security Considerations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CR06:001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ารเชื่อมต่อในสภาพแวดล้อมใช้งาน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จริงต้องเ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้ารหัสด้วย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HTTPS/TLS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14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 HTTPS การจำกัดสิทธิ์ และการเข้าสู่ระบบซ้ำซ้อน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TC-UN12.004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CR06:002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องระบบต้องไม่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Source Control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และไม่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้าถึงได้จา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เว็บสาธารณะ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0" w:right="14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 HTTPS การจำกัดสิทธิ์ และการเข้าสู่ระบบซ้ำซ้อน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576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TC-UN13.003,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TC-UN12.004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CR06:003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การทำงานฝั่งเซิร์ฟเวอร์ต้องตรวจสอบข้อมูลนำเข้า ยืนยันตัวตน ตรวจสิทธิ์ และจำกัดขอบเขตบริษัท/คลัง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14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 HTTPS การจำกัดสิทธิ์ และการเข้าสู่ระบบซ้ำซ้อน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TC-UN12.002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CR06:004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ระบบต้องจำกัดสิทธิ์การเข้าถึงตามบทบาท (Role-based Access Control) ทั้งใน UI และฝั่งเซิร์ฟเวอร์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14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 HTTPS การจำกัดสิทธิ์ และการเข้าสู่ระบบซ้ำซ้อน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9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CR06:005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ระบบต้องป้องกัน SQL Injection และ Cross-Site Scripting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14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 HTTPS การจำกัดสิทธิ์ และการเข้าสู่ระบบซ้ำซ้อน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TC-UN12.002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CR06:006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ระบบต้องบล็อกการเข้าสู่ระบบซ้ำซ้อน (Concurrent Login) ของบัญชีเดียวกัน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0" w:right="14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 HTTPS การจำกัดสิทธิ์ และการเข้าสู่ระบบซ้ำซ้อน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TC-UN01.003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CR07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Environmental Considerations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CR07:001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ระบบต้องทำงานบน Linux Server ในรูปแบบติดตั้งเอง (LAMP) หรือ Docker Compose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5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ตรวจสอบสภาพแวดล้อมจริง เขตเวลา และการแยกข้อมูลสาธิต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576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TC-UN13.001,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TC-UN13.002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448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 ID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Requirement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ารยืนยัน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ฐานอ้างอิง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Tester</w:t>
            </w:r>
          </w:p>
        </w:tc>
      </w:tr>
      <w:tr>
        <w:trPr>
          <w:trHeight w:hRule="exact" w:val="124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CR07:002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ระบบต้องใช้เขตเวลา Asia/Bangkok อย่างสม่ำเสมอทั้งแอปพลิเคชันและงานตามกำหนดเวลา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68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ตรวจสอบสภาพแวดล้อมจริง เขตเวลา และการแยกข้อมูลสาธิต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TC-UN11.002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1248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CR07:003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ระบบต้องใช้งานได้บนอุปกรณ์ Desktop และอุปกรณ์พกพาผ่าน Web Browser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ตรวจสอบสภาพแวดล้อมจริง เขตเวลา และการแยกข้อมูลสาธิต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1228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CR07:004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้อมูลสาธิต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้อมูลใช้งานจริงได้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ตรวจสอบสภาพแวดล้อมจริง เขตเวลา และการแยกข้อมูลสาธิต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46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Operational Considerations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CR08:001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ารสำรองฐาน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อัตโนมัติรายวัน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ตรวจสอบการสำรอง/กู้คืน การเฝ้าระวัง และการแยกข้อมูลหลายบริษัท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TC-UN13.004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123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CR08:002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ชุดสำรองได้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ั้นตอนที่จัดทำเป็นเอ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ตรวจสอบการสำรอง/กู้คืน การเฝ้าระวัง และการแยกข้อมูลหลายบริษัท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TC-UN13.004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124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CR08:003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ระบบต้องมีการเฝ้าระวังสถานะบริการ Web, Database และ Node.js พร้อมแจ้งเตือนเมื่อขัดข้อง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ตรวจสอบการสำรอง/กู้คืน การเฝ้าระวัง และการแยกข้อมูลหลายบริษัท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Product Operation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Guide (ก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ารเฝ้าระวัง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124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CR08:004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206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ระบบต้องรองรับหลายบริษัท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(Multi-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company)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และหลาย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้าภาย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ใต้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ตรวจสอบการสำรอง/กู้คืน การเฝ้าระวัง และการแยกข้อมูลหลายบริษัท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TC-UN12.001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123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CR08:005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ำหนดเวลาต้องทำงานสำเร็จ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โดยไม่สร้างผลลัพธ์ซ้ำหรือเ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ินสิทธิ์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ตรวจสอบการสำรอง/กู้คืน การเฝ้าระวัง และการแยกข้อมูลหลายบริษัท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TC-UN11.002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46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CR09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Maintenance Considerations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3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CR09:001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ซอฟต์แวร์ต้องมีโครงสร้างแบบโมดูล (Manager Classes / API) เพื่อให้แก้ไขได้โดยไม่กระทบส่วนอื่น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ทบทวนโครงสร้างซอฟต์แวร์และเอกสารการบำรุงรักษา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Software Design (Software Unit), Software Components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9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CR09:002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ระบบต้องมีแม่แบบค่าตั้งค่า (Configuration Template) และควบคุมเวอร์ชันด้วย Git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ทบทวนโครงสร้างซอฟต์แวร์และเอกสารการบำรุงรักษา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TC-UN13.003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448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 ID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Requirement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ารยืนยัน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ฐานอ้างอิง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Tester</w:t>
            </w:r>
          </w:p>
        </w:tc>
      </w:tr>
      <w:tr>
        <w:trPr>
          <w:trHeight w:hRule="exact" w:val="992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CR09:003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ระบบต้องมีเอ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ารบำรุงรั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ษา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และประวัติ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พร่องที่แ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แล้ว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ทบทวนโครงสร้างซอฟต์แวร์และเอกสารการบำรุงรักษา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Maintenance Document, Correction Register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2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CR09:004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การเปลี่ยนแปลงโครงสร้างฐานข้อมูลต้องสะท้อนใน setup.php และตาราง schema_migrations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ทบทวนโครงสร้างซอฟต์แวร์และเอกสารการบำรุงรักษา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468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CR10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Installation Considerations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CR10:001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ระบบต้องติดตั้งฐาน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้อมูลได้ใน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ตอนเดียวผ่าน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setup.php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สาธิต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ารติดตั้งตาม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9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CR10:002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ระบบต้องติดตั้งแบบ Container ได้ด้วยคำสั่ง docker compose up -d --build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สาธิต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ารติดตั้งตาม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TC-UN13.002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CR10:003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ระบบต้องมีสคริปต์สร้างไฟล์ .env และค่าความลับอัตโนมัติ (docker/init-env.sh)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สาธิต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ารติดตั้งตาม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TC-UN13.003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124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CR10:004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ระบบต้องมีเอ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ารติดตั้ง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สาธิต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ารติดตั้งตาม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TC-UN13.001, TC-UN13.002 / Product Operation Guide (ขั้นตอนติดตั้ง)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CR11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Support Considerations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CR11:001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ู่มือผู้ใช้งาน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(Software User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Document)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ทบทวนคู่มือ แผนการอบรม และช่องทางสนับสนุน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Software User Document (WP 8.0)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9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CR11:002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ต้องมีคู่มือปฏิบัติงานสำหรับผู้ดูแลระบบ (Product Operation Guide)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ทบทวนคู่มือ แผนการอบรม และช่องทางสนับสนุน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Product Operation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Guide (WP 10.0)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CR11:003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ารอบรมผู้ใช้งาน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่อนเปิดใช้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งานจริง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ทบทวนคู่มือ แผนการอบรม และช่องทางสนับสนุน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แผน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ารอบรม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่อนเปิด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ใช้งาน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(Task 5.2)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CR11:004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ต้องมีช่องทางสนับสนุนและระดับ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ให้บริ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(SLA)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หลังส่งมอบ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ทบทวนคู่มือ แผนการอบรม และช่องทางสนับสนุน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Maintenance Document (SLA)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46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CR12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Design Constraints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3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CR12:001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ระบบต้องพัฒนาด้วย PHP, MariaDB และ Node.js ตามที่องค์กรอนุมัติ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ตรวจสอบเทคโนโลยี การควบคุม Source Code และเอกสารตามมาตรฐาน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448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 ID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Requirement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ารยืนยัน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ฐานอ้างอิง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Tester</w:t>
            </w:r>
          </w:p>
        </w:tc>
      </w:tr>
      <w:tr>
        <w:trPr>
          <w:trHeight w:hRule="exact" w:val="124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CR12:002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ระบบต้องควบคุม Source Code ด้วย Git โดยมี main เป็น Baseline หลัก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68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ตรวจสอบเทคโนโลยี การควบคุม Source Code และเอกสารตามมาตรฐาน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Software Configuration, Project Repository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1248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CR12:003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รหัสผ่านผู้ใช้ต้องเข้ารหัสด้วย bcrypt และไม่เก็บหรือบันทึกเป็นข้อความธรรมดา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ตรวจสอบเทคโนโลยี การควบคุม Source Code และเอกสารตามมาตรฐาน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TC-UN01.003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1228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CR12:004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โครงการต้องจัดทำ Work Products ตามมาตรฐาน ISO/IEC 29110 Basic Profile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ตรวจสอบเทคโนโลยี การควบคุม Source Code และเอกสารตามมาตรฐาน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Verification Results รอบที่ 1–3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72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CR13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2" w:right="864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Safety and Reliability Considerations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CR13:001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การเปลี่ยนแปลงฐานข้อมูลที่เกี่ยวข้องกัน (เอกสาร + สต๊อก + GL) ต้องเป็น Transaction เดียวกัน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ทดลองทำรายการที่ล้มเหลวและตรวจสอบข้อความแจ้งข้อผิดพลาด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TC-UN08.002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124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CR13:002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ระบบต้องป้อง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ันยอดสต๊อ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ติดลบและ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ลื่อนไหวซ้ำซ้อน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ทดลองทำรายการที่ล้มเหลวและตรวจสอบข้อความแจ้งข้อผิดพลาด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TC-UN04.002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123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CR13:003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ระบบต้องรองรับการสำรองและกู้คืน (Backup &amp; Recovery) ทั้ง Source Code และฐานข้อมูล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ทดลองทำรายการที่ล้มเหลวและตรวจสอบข้อความแจ้งข้อผิดพลาด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TC-UN13.004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124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CR13:004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้อผิดพลาดโดย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แสดง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้าใจได้แทน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Fatal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Error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ทดลองทำรายการที่ล้มเหลวและตรวจสอบข้อความแจ้งข้อผิดพลาด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TC-UN10.002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CR14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Quality Expectations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CR14:001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Test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่อนส่งมอบ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ทบทวนผลการทดสอบ การสอบกลับ และผลการตรวจสอบ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Report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CR14:002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294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ทุกความต้องการต้องสอบกลับได้ถึงการออกแบบ ส่วนประกอบ และหลักฐานการทดสอบ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ทบทวนผลการทดสอบ การสอบกลับ และผลการตรวจสอบ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Traceability Record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CR14:003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ระบบต้องผ่านการทดสอบการยอมรับ (UAT) โดยตัวแทนลูกค้าบนสภาพแวดล้อมใช้งานจริง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ทบทวนผลการทดสอบ การสอบกลับ และผลการตรวจสอบ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ผลการทดสอบการยอมรับในเอกสารฉบับนี้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448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 ID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Requirement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ารยืนยัน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ฐานอ้างอิง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Tester</w:t>
            </w:r>
          </w:p>
        </w:tc>
      </w:tr>
      <w:tr>
        <w:trPr>
          <w:trHeight w:hRule="exact" w:val="124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CR14:004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68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ต้องไม่มีข้อบกพร่องระดับวิกฤตค้างอยู่ในด้านความปลอดภัย การแยกข้อมูล และความถูกต้องของสต๊อก/บัญชี</w:t>
            </w:r>
          </w:p>
        </w:tc>
        <w:tc>
          <w:tcPr>
            <w:tcW w:type="dxa" w:w="1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ทบทวนผลการทดสอบ การสอบกลับ และผลการตรวจสอบ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6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TC-UN12.001, TC-UN12.002 / Test Report, Correction Register</w:t>
            </w:r>
          </w:p>
        </w:tc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</w:tbl>
    <w:p>
      <w:pPr>
        <w:autoSpaceDN w:val="0"/>
        <w:autoSpaceDE w:val="0"/>
        <w:widowControl/>
        <w:spacing w:line="266" w:lineRule="exact" w:before="376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สรุปผลการทดสอบการยอมรับรายหมวด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หมวด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12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(Passed)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120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(Failed)</w:t>
            </w:r>
          </w:p>
        </w:tc>
      </w:tr>
      <w:tr>
        <w:trPr>
          <w:trHeight w:hRule="exact" w:val="466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 Feature &amp; Functional Characteristics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24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24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50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CR02 Performance Considerations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66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 Interface Considerations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50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CR04 Required System Characteristics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50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 Human Engineering Considerations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64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 Security Considerations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50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CR07 Environmental Considerations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66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 Operational Considerations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50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CR09 Maintenance Considerations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64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CR10 Installation Considerations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50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CR11 Support Considerations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66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CR12 Design Constraints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50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CR13 Safety and Reliability Considerations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64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CR14 Quality Expectations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4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สรุปผลการทดสอบการยอมรับ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4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หมวด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ารที่ทดสอบ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14</w:t>
            </w:r>
          </w:p>
        </w:tc>
      </w:tr>
      <w:tr>
        <w:trPr>
          <w:trHeight w:hRule="exact" w:val="466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ารที่ทดสอบทั้งหมด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80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(Passed)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80</w:t>
            </w:r>
          </w:p>
        </w:tc>
      </w:tr>
      <w:tr>
        <w:trPr>
          <w:trHeight w:hRule="exact" w:val="464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(Failed)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308" w:lineRule="exact" w:before="366" w:after="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ตัวแทนลูกค้าได้ทดสอบการยอมรับครบทุกความต้องการใน Customer Requirements บนสภาพแวดล้อมใช้งานจริง ผลการทดสอบผ่านทั้งหมด ไม่พบประเด็นที่ขัดขวางการเปิดใช้งาน จึงยืนยันความพร้อมของระบบและเสนอเข้าสู่การตรวจรับส่งมอบตามแผนในวันที่ 24 สิงหาคม 2569</w:t>
      </w:r>
    </w:p>
    <w:p>
      <w:pPr>
        <w:autoSpaceDN w:val="0"/>
        <w:autoSpaceDE w:val="0"/>
        <w:widowControl/>
        <w:spacing w:line="256" w:lineRule="exact" w:before="330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คุณปริญ งามขำ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QA/Tester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Analyst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292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VaR (UAT)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validation-resul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