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2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Verification Results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9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25690817 V1.0 PaNg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ารตรวจสอบตาม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องมาตรฐาน</w:t>
            </w:r>
          </w:p>
        </w:tc>
      </w:tr>
      <w:tr>
        <w:trPr>
          <w:trHeight w:hRule="exact" w:val="11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รอบตรวจสอบ</w:t>
            </w:r>
          </w:p>
        </w:tc>
        <w:tc>
          <w:tcPr>
            <w:tcW w:type="dxa" w:w="22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16" w:lineRule="exact" w:before="64" w:after="0"/>
              <w:ind w:left="16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รอบที่ 4 (17 สิงหาคม 2569)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7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้อ</w:t>
            </w:r>
          </w:p>
        </w:tc>
        <w:tc>
          <w:tcPr>
            <w:tcW w:type="dxa" w:w="29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6" w:lineRule="exact" w:before="74" w:after="0"/>
              <w:ind w:left="16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User Acceptance Test (UAT) และตรวจสอบเอกสารส่งมอบทั้งหมด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เวลาตรวจสอบ</w:t>
            </w:r>
          </w:p>
        </w:tc>
        <w:tc>
          <w:tcPr>
            <w:tcW w:type="dxa" w:w="22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09:00 – 16:00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.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4" w:after="0"/>
              <w:ind w:left="17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ระยะเวลา</w:t>
            </w:r>
          </w:p>
        </w:tc>
        <w:tc>
          <w:tcPr>
            <w:tcW w:type="dxa" w:w="29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6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ชั่วโมง</w:t>
            </w:r>
          </w:p>
        </w:tc>
      </w:tr>
      <w:tr>
        <w:trPr>
          <w:trHeight w:hRule="exact" w:val="554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6" w:lineRule="exact" w:before="41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 (Objective)</w:t>
      </w:r>
    </w:p>
    <w:p>
      <w:pPr>
        <w:autoSpaceDN w:val="0"/>
        <w:autoSpaceDE w:val="0"/>
        <w:widowControl/>
        <w:spacing w:line="304" w:lineRule="exact" w:before="128" w:after="0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การตรวจสอบ (Verification) จัดทำขึ้นเพื่อยืนยันความถูกต้องและความครบถ้วนของสิ่งส่งมอบ (Work Products) ตามมาตรฐาน ISO/IEC 29110 ตามแผนการตรวจสอบในหัวข้อ 8.1 ของ Software Project Plan ซึ่งกำหนดให้ตรวจสอบ 4 รอบ ประมาณทุก 2 เดือน และรอบสุดท้ายก่อนส่งมอบระบบ เพื่อลดความเสี่ยงด้านคุณภาพ ความล่าช้า และค่าใช้จ่ายที่เกิดจากการแก้ไขย้อนหลัง การตรวจสอบรอบนี้เป็นรอบที่ 4 ใช้เวลา 6 ชั่วโมง (09:00 – 16:00 น.)</w:t>
      </w:r>
    </w:p>
    <w:p>
      <w:pPr>
        <w:autoSpaceDN w:val="0"/>
        <w:autoSpaceDE w:val="0"/>
        <w:widowControl/>
        <w:spacing w:line="230" w:lineRule="exact" w:before="434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Deliverables under Review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</w:t>
            </w:r>
          </w:p>
        </w:tc>
        <w:tc>
          <w:tcPr>
            <w:tcW w:type="dxa" w:w="8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สิ่งส่งมอบที่ตรวจสอบในรอบนี้</w:t>
            </w:r>
          </w:p>
        </w:tc>
      </w:tr>
      <w:tr>
        <w:trPr>
          <w:trHeight w:hRule="exact" w:val="464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1.0</w:t>
            </w:r>
          </w:p>
        </w:tc>
        <w:tc>
          <w:tcPr>
            <w:tcW w:type="dxa" w:w="8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Project Plan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2.0</w:t>
            </w:r>
          </w:p>
        </w:tc>
        <w:tc>
          <w:tcPr>
            <w:tcW w:type="dxa" w:w="8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Requirements</w:t>
            </w:r>
          </w:p>
        </w:tc>
      </w:tr>
      <w:tr>
        <w:trPr>
          <w:trHeight w:hRule="exact" w:val="466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3.0</w:t>
            </w:r>
          </w:p>
        </w:tc>
        <w:tc>
          <w:tcPr>
            <w:tcW w:type="dxa" w:w="8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Requirements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4.0</w:t>
            </w:r>
          </w:p>
        </w:tc>
        <w:tc>
          <w:tcPr>
            <w:tcW w:type="dxa" w:w="8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Design</w:t>
            </w:r>
          </w:p>
        </w:tc>
      </w:tr>
      <w:tr>
        <w:trPr>
          <w:trHeight w:hRule="exact" w:val="464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5.0</w:t>
            </w:r>
          </w:p>
        </w:tc>
        <w:tc>
          <w:tcPr>
            <w:tcW w:type="dxa" w:w="8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Change Report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6.0</w:t>
            </w:r>
          </w:p>
        </w:tc>
        <w:tc>
          <w:tcPr>
            <w:tcW w:type="dxa" w:w="8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Case and Test Procedures</w:t>
            </w:r>
          </w:p>
        </w:tc>
      </w:tr>
      <w:tr>
        <w:trPr>
          <w:trHeight w:hRule="exact" w:val="466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7.0</w:t>
            </w:r>
          </w:p>
        </w:tc>
        <w:tc>
          <w:tcPr>
            <w:tcW w:type="dxa" w:w="8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Validation Results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8.0</w:t>
            </w:r>
          </w:p>
        </w:tc>
        <w:tc>
          <w:tcPr>
            <w:tcW w:type="dxa" w:w="8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User Document</w:t>
            </w:r>
          </w:p>
        </w:tc>
      </w:tr>
      <w:tr>
        <w:trPr>
          <w:trHeight w:hRule="exact" w:val="464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9.0</w:t>
            </w:r>
          </w:p>
        </w:tc>
        <w:tc>
          <w:tcPr>
            <w:tcW w:type="dxa" w:w="8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ระบบที่ผ่าน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ารทดสอบพร้อมใช้งานจริง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10.0</w:t>
            </w:r>
          </w:p>
        </w:tc>
        <w:tc>
          <w:tcPr>
            <w:tcW w:type="dxa" w:w="8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Product Operation Guide</w:t>
            </w:r>
          </w:p>
        </w:tc>
      </w:tr>
      <w:tr>
        <w:trPr>
          <w:trHeight w:hRule="exact" w:val="466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11.0</w:t>
            </w:r>
          </w:p>
        </w:tc>
        <w:tc>
          <w:tcPr>
            <w:tcW w:type="dxa" w:w="8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Maintenance Document</w:t>
            </w:r>
          </w:p>
        </w:tc>
      </w:tr>
    </w:tbl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30" w:lineRule="exact" w:before="46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Risk &amp; Constraints Note</w:t>
      </w:r>
    </w:p>
    <w:p>
      <w:pPr>
        <w:autoSpaceDN w:val="0"/>
        <w:autoSpaceDE w:val="0"/>
        <w:widowControl/>
        <w:spacing w:line="360" w:lineRule="exact" w:before="70" w:after="0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1. เจ้าหน้าที่ควบคุมเอกสารต้องตรวจสอบแต่ละรายการอย่างละเอียด และต้องมีหลักฐานเพียงพอที่จะสรุปผลว่าผ่าน</w:t>
      </w:r>
    </w:p>
    <w:p>
      <w:pPr>
        <w:autoSpaceDN w:val="0"/>
        <w:autoSpaceDE w:val="0"/>
        <w:widowControl/>
        <w:spacing w:line="360" w:lineRule="exact" w:before="70" w:after="0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2. ผู้ปฏิบัติงานที่เกี่ยวข้องควรร่วมรับฟังผลการตรวจสอบ เพื่อให้แก้ไขได้ทันทีเมื่อพบประเด็น</w:t>
      </w:r>
    </w:p>
    <w:p>
      <w:pPr>
        <w:autoSpaceDN w:val="0"/>
        <w:autoSpaceDE w:val="0"/>
        <w:widowControl/>
        <w:spacing w:line="360" w:lineRule="exact" w:before="70" w:after="0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 การตรวจสอบแต่ละครั้งไม่ควรถูกขัดจังหวะ ซึ่งจะทำให้การตรวจสอบเลื่อนออกไป</w:t>
      </w:r>
    </w:p>
    <w:p>
      <w:pPr>
        <w:autoSpaceDN w:val="0"/>
        <w:autoSpaceDE w:val="0"/>
        <w:widowControl/>
        <w:spacing w:line="360" w:lineRule="exact" w:before="70" w:after="0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4. ห้ามให้ผู้อื่นตรวจสอบแทนผู้ที่ได้รับมอบหมาย</w:t>
      </w:r>
    </w:p>
    <w:p>
      <w:pPr>
        <w:autoSpaceDN w:val="0"/>
        <w:autoSpaceDE w:val="0"/>
        <w:widowControl/>
        <w:spacing w:line="266" w:lineRule="exact" w:before="39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ผลการตรวจสอบ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974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Verification Item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Owner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Comment / Risk / Recommendation</w:t>
            </w:r>
          </w:p>
        </w:tc>
      </w:tr>
      <w:tr>
        <w:trPr>
          <w:trHeight w:hRule="exact" w:val="450"/>
        </w:trPr>
        <w:tc>
          <w:tcPr>
            <w:tcW w:type="dxa" w:w="9058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1.0 Software Project Plan</w:t>
            </w:r>
          </w:p>
        </w:tc>
      </w:tr>
      <w:tr>
        <w:trPr>
          <w:trHeight w:hRule="exact" w:val="99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VR04.010.001</w:t>
            </w:r>
          </w:p>
        </w:tc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Header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มีรายละเอียดใน Header ครบถ้วน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3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VR04.010.002</w:t>
            </w:r>
          </w:p>
        </w:tc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 Run Version ของเอกสารที่ระบุใน Header ถูกต้องและสัมพันธ์กับชื่อไฟล์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ระบุเวอร์ชันและวันที่ตรง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ับชื่อไฟล์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46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VR04.010.003</w:t>
            </w:r>
          </w:p>
        </w:tc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ระบุรายละเอียดหัวข้อ 1 Manufacture, 2 Overview, 3 Goals and Scope ครบถ้วน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44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VR04.010.004</w:t>
            </w:r>
          </w:p>
        </w:tc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3.3 Work Products มีรายการสิ่งส่งมอบพร้อมรหัส เช่น WP 1.0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ารสิ่งส่งมอบและ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3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VR04.010.005</w:t>
            </w:r>
          </w:p>
        </w:tc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5 Organization ระบุบทบาท ชื่อ-นามสกุล ตำแหน่ง และข้อมูลติดต่อครบถ้วน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้อมูลผู้รับผิดชอบ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6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บทบาท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46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VR04.010.006</w:t>
            </w:r>
          </w:p>
        </w:tc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6 Project Estimate และ 7 Project Resources มีข้อมูลครบถ้วน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มีปริมาณงานและทรัพยากรครบถ้วน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44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VR04.010.007</w:t>
            </w:r>
          </w:p>
        </w:tc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8 Work Schedule ระบุงานพร้อมรหัส ผู้รับผิดชอบ วันกำหนดส่ง และสิ่งส่งมอบ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มีแผนงาน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27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รรม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พร้อมรายละเอียด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972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Verification Item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Owner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Comment / Risk / Recommendation</w:t>
            </w:r>
          </w:p>
        </w:tc>
      </w:tr>
      <w:tr>
        <w:trPr>
          <w:trHeight w:hRule="exact" w:val="150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VR04.010.008</w:t>
            </w:r>
          </w:p>
        </w:tc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9 Risk Management Plan ระบุความเสี่ยงพร้อมรหัส ระดับผลกระทบ และผู้รับผิดชอบ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มีความเสี่ยง R1–R8 พร้อมแนวทางจัดการ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2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VR04.010.009</w:t>
            </w:r>
          </w:p>
        </w:tc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10 Contingency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Actions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ระบุแผนรองรับ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รณีงานไม่แล้วเสร็จ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8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มีแผนรองรับ 5 สถานการณ์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VR04.010.010</w:t>
            </w:r>
          </w:p>
        </w:tc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ลงชื่อผู้จัดทำ ผู้ตรวจสอบ และผู้อนุมัติครบถ้วน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มีตารางลงนามครบทั้ง 3 ส่วน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9058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2.0 Customer Requirements</w:t>
            </w:r>
          </w:p>
        </w:tc>
      </w:tr>
      <w:tr>
        <w:trPr>
          <w:trHeight w:hRule="exact" w:val="99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VR04.020.001</w:t>
            </w:r>
          </w:p>
        </w:tc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Header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มีรายละเอียดใน Header ครบถ้วน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3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VR04.020.002</w:t>
            </w:r>
          </w:p>
        </w:tc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จัดความต้องการแต่ละรายการลงในหมวด CR01–CR14 อย่างถูกต้อง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จัดหมวดครบทั้ง 14 หมวด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VR04.020.003</w:t>
            </w:r>
          </w:p>
        </w:tc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รหัสประจำรายการ เช่น CR01:001 เขียนและเรียงลำดับถูกต้อง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รหัสเรียงลำดับถู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VR04.020.004</w:t>
            </w:r>
          </w:p>
        </w:tc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ช่อง Result มีข้อสรุปครบทุกรายการ ไม่มีรายการที่ไม่มีข้อสรุป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มีผลสรุป A ครบทั้ง 80 รายการ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VR04.020.005</w:t>
            </w:r>
          </w:p>
        </w:tc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ลงชื่อผู้จัดทำและผู้อนุมัติซึ่งเป็นฝ่ายลูกค้าเรียบร้อย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66"/>
        </w:trPr>
        <w:tc>
          <w:tcPr>
            <w:tcW w:type="dxa" w:w="9058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3.0 Software Requirements</w:t>
            </w:r>
          </w:p>
        </w:tc>
      </w:tr>
      <w:tr>
        <w:trPr>
          <w:trHeight w:hRule="exact" w:val="974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VR04.030.001</w:t>
            </w:r>
          </w:p>
        </w:tc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Header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3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VR04.030.002</w:t>
            </w:r>
          </w:p>
        </w:tc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จัดความต้องการซอฟต์แวร์ลงในหมวด SR01–SR09 อย่างถูกต้อง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จัดหมวดครบทั้ง 9 หมวด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972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Verification Item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Owner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Comment / Risk / Recommendation</w:t>
            </w:r>
          </w:p>
        </w:tc>
      </w:tr>
      <w:tr>
        <w:trPr>
          <w:trHeight w:hRule="exact" w:val="992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VR04.030.003</w:t>
            </w:r>
          </w:p>
        </w:tc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แต่ละหมวด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SR01–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SR09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วามจำเป็น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มีรายการครบ 49 รายการ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VR04.030.004</w:t>
            </w:r>
          </w:p>
        </w:tc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รหัสประจำรายการ เช่น SR01:001 เขียนและเรียงลำดับถูกต้อง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รหัสเรียงลำดับถู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18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VR04.030.005</w:t>
            </w:r>
          </w:p>
        </w:tc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ช่อง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Remark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สัมพันธ์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CR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ารอ้างอิง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ไปยัง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้อง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VR04.030.006</w:t>
            </w:r>
          </w:p>
        </w:tc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ลงชื่อผู้จัดทำและผู้อนุมัติ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เรียบร้อย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9058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4.0 Software Design</w:t>
            </w:r>
          </w:p>
        </w:tc>
      </w:tr>
      <w:tr>
        <w:trPr>
          <w:trHeight w:hRule="exact" w:val="976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VR04.040.001</w:t>
            </w:r>
          </w:p>
        </w:tc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Header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77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VR04.040.002</w:t>
            </w:r>
          </w:p>
        </w:tc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High Level Design มี Architecture, Use Case, Component และ Deployment Diagram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มีแผนภาพครบทั้ง 4 แบบ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3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VR04.040.003</w:t>
            </w:r>
          </w:p>
        </w:tc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User Interface Design มีผังหน้าจอที่จะใช้ในระบบ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มีผังหน้าจอครบทุกกลุ่มโมดูล พร้อม Mockup Wireframe ของหน้าจอหลัก 6 รูปแบบ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50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VR04.040.004</w:t>
            </w:r>
          </w:p>
        </w:tc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มีหัวข้อ Software Baseline ระบุสิ่งที่ถูกกำหนดเป็น Baseline วันที่ และผู้อนุมัติ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มีหัวข้อ Software Baseline ครบถ้วน พร้อมอ้างอิง Software Configuration และ Traceability Record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44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VR04.040.005</w:t>
            </w:r>
          </w:p>
        </w:tc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Software Unit มีรหัสกำกับแต่ละหน่วย เช่น UN01.001 อย่างเป็นระเบียบ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มีรหัส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45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หน่วย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50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VR04.040.006</w:t>
            </w:r>
          </w:p>
        </w:tc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Software Unit มี Description และ Functional Interfaces Detail ครบทุกรายการ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หน่วย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972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Verification Item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Owner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Comment / Risk / Recommendation</w:t>
            </w:r>
          </w:p>
        </w:tc>
      </w:tr>
      <w:tr>
        <w:trPr>
          <w:trHeight w:hRule="exact" w:val="992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VR04.040.007</w:t>
            </w:r>
          </w:p>
        </w:tc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Software Unit ระบุ References ที่สัมพันธ์กับ SR ครบถ้วน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อ้างอิง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หน่วย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04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VR04.040.008</w:t>
            </w:r>
          </w:p>
        </w:tc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ลงชื่อผู้จัดทำและผู้อนุมัติ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เรียบร้อย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64"/>
        </w:trPr>
        <w:tc>
          <w:tcPr>
            <w:tcW w:type="dxa" w:w="9058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5.0 Change Report</w:t>
            </w:r>
          </w:p>
        </w:tc>
      </w:tr>
      <w:tr>
        <w:trPr>
          <w:trHeight w:hRule="exact" w:val="976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VR04.050.001</w:t>
            </w:r>
          </w:p>
        </w:tc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Header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46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VR04.050.002</w:t>
            </w:r>
          </w:p>
        </w:tc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ระบุเ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ณฑ์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ารพิจารณา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ว่าราย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ารใดเป็น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เปลี่ยนแปลง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มีเกณฑ์ 3 ข้อ ครอบคลุมความจำเป็นต่อการส่งมอบ ขอบเขต และ Man-day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3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VR04.050.003</w:t>
            </w:r>
          </w:p>
        </w:tc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ารปรับปรุงที่เสนอ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ได้รับ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ารพิจารณาตาม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ณฑ์และบันทึ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ารพิจารณาและ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ารดำเนิน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VR04.050.004</w:t>
            </w:r>
          </w:p>
        </w:tc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ลงชื่อผู้จัดทำ ผู้ตรวจสอบ และผู้อนุมัติครบถ้วน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9058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6.0 Test Case and Test Procedures</w:t>
            </w:r>
          </w:p>
        </w:tc>
      </w:tr>
      <w:tr>
        <w:trPr>
          <w:trHeight w:hRule="exact" w:val="974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VR04.060.001</w:t>
            </w:r>
          </w:p>
        </w:tc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Header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46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VR04.060.002</w:t>
            </w:r>
          </w:p>
        </w:tc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68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Test Case Specification มีรายการทดสอบพร้อมรหัสเรียงลำดับ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45 Test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Case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44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VR04.060.003</w:t>
            </w:r>
          </w:p>
        </w:tc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Test Item ระบุ Software Unit ที่ทดสอบโดยอ้างรหัส เช่น UN01.001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อ้างอิง Software Unit ครบทุกรายการ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VR04.060.004</w:t>
            </w:r>
          </w:p>
        </w:tc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230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Input Specification ระบุขั้นตอนและข้อมูลนำเข้าอย่างชัดเจน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972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Verification Item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Owner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Comment / Risk / Recommendation</w:t>
            </w:r>
          </w:p>
        </w:tc>
      </w:tr>
      <w:tr>
        <w:trPr>
          <w:trHeight w:hRule="exact" w:val="1248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VR04.060.005</w:t>
            </w:r>
          </w:p>
        </w:tc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Output Specification ระบุผลลัพธ์ที่คาดหวังอย่างชัดเจน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754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VR04.060.006</w:t>
            </w:r>
          </w:p>
        </w:tc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Environment Needs, Special Procedural Required และ Intercase Dependency ระบุตามความจำเป็น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VR04.060.007</w:t>
            </w:r>
          </w:p>
        </w:tc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ส่วนผลการทดสอบระบุ Test Date และ Status ครบถ้วนไม่มีช่องว่าง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VR04.060.008</w:t>
            </w:r>
          </w:p>
        </w:tc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ลงชื่อผู้จัดทำและผู้อนุมัติ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เรียบร้อย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9058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7.0 Validation Results</w:t>
            </w:r>
          </w:p>
        </w:tc>
      </w:tr>
      <w:tr>
        <w:trPr>
          <w:trHeight w:hRule="exact" w:val="974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VR04.070.001</w:t>
            </w:r>
          </w:p>
        </w:tc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Header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46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VR04.070.002</w:t>
            </w:r>
          </w:p>
        </w:tc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ใช้ Customer Requirements เป็นตัวตั้งของการทดสอบการยอมรับ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ครอบคลุมครบ 14 หมวด 80 รายการ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VR04.070.003</w:t>
            </w:r>
          </w:p>
        </w:tc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ระบุวิธีการยืนยันและหลักฐานอ้างอิงของแต่ละความต้องการ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ารยืนยันและหลั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VR04.070.004</w:t>
            </w:r>
          </w:p>
        </w:tc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ระบุผล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ารทดสอบและผู้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มีผลและผู้ทดสอบ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VR04.070.005</w:t>
            </w:r>
          </w:p>
        </w:tc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ลงชื่อผู้ทดสอบฝ่ายลู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เรียบร้อย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9058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8.0 Software User Document</w:t>
            </w:r>
          </w:p>
        </w:tc>
      </w:tr>
      <w:tr>
        <w:trPr>
          <w:trHeight w:hRule="exact" w:val="99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VR04.080.001</w:t>
            </w:r>
          </w:p>
        </w:tc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Header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YaB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VR04.080.002</w:t>
            </w:r>
          </w:p>
        </w:tc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เนื้อหาครอบคลุมการใช้งานทุกระบบงานที่ส่งมอบ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YaB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972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Verification Item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Owner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Comment / Risk / Recommendation</w:t>
            </w:r>
          </w:p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VR04.080.003</w:t>
            </w:r>
          </w:p>
        </w:tc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ใช้ถ้อยคำถูกต้องและสอดคล้องกับหน้าจอจริง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ตรวจสอบแล้วสอด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ล้อง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YaB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VR04.080.004</w:t>
            </w:r>
          </w:p>
        </w:tc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ลงชื่อผู้จัดทำและผู้อนุมัติ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เรียบร้อย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YaB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68"/>
        </w:trPr>
        <w:tc>
          <w:tcPr>
            <w:tcW w:type="dxa" w:w="9058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WP 9.0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ระบบที่ผ่าน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ารทดสอบพร้อมใช้งานจริง</w:t>
            </w:r>
          </w:p>
        </w:tc>
      </w:tr>
      <w:tr>
        <w:trPr>
          <w:trHeight w:hRule="exact" w:val="974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VR04.090.001</w:t>
            </w:r>
          </w:p>
        </w:tc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ระบบติดตั้งและใช้งานได้บนสภาพแวดล้อมที่กำหนด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60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ติดตั้งสำเร็จและใช้งานได้ Baseline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6c39700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VR04.090.002</w:t>
            </w:r>
          </w:p>
        </w:tc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220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Source Code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พร้อม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ชุดสำรอง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จัดเก็บครบทั้ง Repository หลักและสำรอง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VR04.090.003</w:t>
            </w:r>
          </w:p>
        </w:tc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ารทดสอบระบบผ่าน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 Test Case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45 Test Case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9058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10.0 Product Operation Guide</w:t>
            </w:r>
          </w:p>
        </w:tc>
      </w:tr>
      <w:tr>
        <w:trPr>
          <w:trHeight w:hRule="exact" w:val="99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VR04.100.001</w:t>
            </w:r>
          </w:p>
        </w:tc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Header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VR04.100.002</w:t>
            </w:r>
          </w:p>
        </w:tc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ารติดตั้ง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มีทั้งแบบ Container และแบบ Manual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VR04.100.003</w:t>
            </w:r>
          </w:p>
        </w:tc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ระบุการเฝ้าระวัง การสำรอง และการกู้คืนข้อมูล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รบถ้วนพร้อมผล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VR04.100.004</w:t>
            </w:r>
          </w:p>
        </w:tc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ลงชื่อผู้จัดทำและผู้อนุมัติ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เรียบร้อย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9058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11.0 Maintenance Document</w:t>
            </w:r>
          </w:p>
        </w:tc>
      </w:tr>
      <w:tr>
        <w:trPr>
          <w:trHeight w:hRule="exact" w:val="974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VR04.110.001</w:t>
            </w:r>
          </w:p>
        </w:tc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Header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VR04.110.002</w:t>
            </w:r>
          </w:p>
        </w:tc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ระบุขอบเขต ประเภท และกิจกรรมการบำรุงรักษาครบถ้วน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มีครบทั้ง 3 ประเภทและ 6 กิจกรรม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VR04.110.003</w:t>
            </w:r>
          </w:p>
        </w:tc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ลงระดับ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ารให้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(SLA)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SLA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ระดับ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06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VR04.110.004</w:t>
            </w:r>
          </w:p>
        </w:tc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ลงชื่อผู้จัดทำและผู้อนุมัติ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เรียบร้อย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สรุปผลการตรวจสอบรอบนี้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2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</w:t>
            </w:r>
          </w:p>
        </w:tc>
      </w:tr>
      <w:tr>
        <w:trPr>
          <w:trHeight w:hRule="exact" w:val="464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ารตรวจสอบทั้งหมด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61</w:t>
            </w:r>
          </w:p>
        </w:tc>
      </w:tr>
      <w:tr>
        <w:trPr>
          <w:trHeight w:hRule="exact" w:val="448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(Passed)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61</w:t>
            </w:r>
          </w:p>
        </w:tc>
      </w:tr>
      <w:tr>
        <w:trPr>
          <w:trHeight w:hRule="exact" w:val="468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ผลไม่ผ่าน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(Failed)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48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ประเด็น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้าง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</w:tbl>
    <w:p>
      <w:pPr>
        <w:autoSpaceDN w:val="0"/>
        <w:autoSpaceDE w:val="0"/>
        <w:widowControl/>
        <w:spacing w:line="300" w:lineRule="exact" w:before="260" w:after="0"/>
        <w:ind w:left="256" w:right="288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รอบตรวจสอบนี้เป็นรอบสุดท้ายก่อนส่งมอบ ครอบคลุมสิ่งส่งมอบทั้งหมด 11 รายการ ผลการตรวจสอบผ่านทุกรายการ จึงเห็นควรให้ดำเนินการตรวจรับส่งมอบระบบตามที่บันทึกใน Acceptance Report</w:t>
      </w:r>
    </w:p>
    <w:p>
      <w:pPr>
        <w:autoSpaceDN w:val="0"/>
        <w:autoSpaceDE w:val="0"/>
        <w:widowControl/>
        <w:spacing w:line="256" w:lineRule="exact" w:before="346" w:after="142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คุณปริญ งามขำ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QA/Tester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VeR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verification-result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