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Verification Results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25690731 V0.3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3 (31 กรกฎาคม 2569)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ตรวจสอบชุดทดสอบและ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ลับ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3 ใช้เวลา 3 ชั่วโมง (09:00 – 12:00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64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 and Test Procedures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6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 Test Case and Test Procedures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97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6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1248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VR03.060.001</w:t>
            </w:r>
          </w:p>
        </w:tc>
        <w:tc>
          <w:tcPr>
            <w:tcW w:type="dxa" w:w="26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มีรายละเอียดครบถ้วนถูกต้อง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VR03.060.002</w:t>
            </w:r>
          </w:p>
        </w:tc>
        <w:tc>
          <w:tcPr>
            <w:tcW w:type="dxa" w:w="26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ารทดสอบพร้อมรหัสเรียงลำดับ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มีรายการครบ 45 Test Case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VR03.060.003</w:t>
            </w:r>
          </w:p>
        </w:tc>
        <w:tc>
          <w:tcPr>
            <w:tcW w:type="dxa" w:w="26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Item ระบุ Software Unit ที่ทดสอบโดยอ้างรหัส เช่น UN01.001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อ้างอิง Software Unit ครบทุกรายการ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VR03.060.004</w:t>
            </w:r>
          </w:p>
        </w:tc>
        <w:tc>
          <w:tcPr>
            <w:tcW w:type="dxa" w:w="26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้อมูลนำเ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้าอย่างชัดเจน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มีรายละเอียดครบทุกรายการ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VR03.060.005</w:t>
            </w:r>
          </w:p>
        </w:tc>
        <w:tc>
          <w:tcPr>
            <w:tcW w:type="dxa" w:w="26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Output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ระบุผลลัพธ์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าดหวังอย่างชัดเจน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มีรายละเอียดครบทุกรายการ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VR03.060.006</w:t>
            </w:r>
          </w:p>
        </w:tc>
        <w:tc>
          <w:tcPr>
            <w:tcW w:type="dxa" w:w="26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Environment Needs, Special Procedural Required และ Intercase Dependency ระบุตามความจำเป็น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มีรายละเอียดครบถ้วน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VR03.060.007</w:t>
            </w:r>
          </w:p>
        </w:tc>
        <w:tc>
          <w:tcPr>
            <w:tcW w:type="dxa" w:w="26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ส่วนผลการทดสอบระบุ Test Date และ Status ครบถ้วนไม่มีช่องว่าง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มีผลการทดสอบครบทุกรายการ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VR03.060.008</w:t>
            </w:r>
          </w:p>
        </w:tc>
        <w:tc>
          <w:tcPr>
            <w:tcW w:type="dxa" w:w="26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มีตารางลงนามครบถ้วน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300" w:lineRule="exact" w:before="374" w:after="0"/>
        <w:ind w:left="256" w:right="86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ผลการตรวจสอบรอบนี้ผ่านทุกรายการ ประเด็นที่พบระหว่างการตรวจสอบได้รับการแก้ไขและบันทึกใน Correction Register แล้ว การตรวจสอบรอบถัดไปจะครอบคลุมสิ่งส่งมอบที่จัดทำเพิ่มเติมในช่วงถัดไป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