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25690529 V0.2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2 (29 พฤษภาคม 2569)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ซอฟต์แวร์และ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4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7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2 ใช้เวลา 3 ชั่วโมง (09:00 – 12:00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สิ่งส่งมอบที่ตรวจสอบในรอบนี้</w:t>
            </w:r>
          </w:p>
        </w:tc>
      </w:tr>
      <w:tr>
        <w:trPr>
          <w:trHeight w:hRule="exact" w:val="464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Requirements</w:t>
            </w:r>
          </w:p>
        </w:tc>
      </w:tr>
      <w:tr>
        <w:trPr>
          <w:trHeight w:hRule="exact" w:val="450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</w:tr>
      <w:tr>
        <w:trPr>
          <w:trHeight w:hRule="exact" w:val="466"/>
        </w:trPr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82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Report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29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29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29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2904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464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 Software Requirements</w:t>
            </w:r>
          </w:p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VR02.030.001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3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VR02.030.002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จัดความต้องการซอฟต์แวร์ลงในหมวด SR01–SR09 อย่างถูกต้อง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จัดหมวด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9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VR02.030.003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แต่ละหมวด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SR01–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วามจำเป็น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มีรายการครบ 49 รายการ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VR02.030.004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VR02.030.005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ช่อง Remark ระบุความสัมพันธ์กับ CR ครบถ้วน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VR02.030.006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อนุมัติเรียบร้อย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64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 Software Design</w:t>
            </w:r>
          </w:p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VR02.040.001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75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VR02.040.002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High Level Design มี Architecture, Use Case, Component และ Deployment Diagram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มีแผนภาพครบทั้ง 4 แบบ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VR02.040.003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User Interface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มีผังหน้าจอที่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จะใช้ในระบบ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มีผังหน้าจอครบทุกกลุ่มโมดูล พร้อม Mockup Wireframe ของหน้าจอหลัก 6 รูปแบบ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972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Verification Item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Result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Owner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Comment / Risk / Recommendation</w:t>
            </w:r>
          </w:p>
        </w:tc>
      </w:tr>
      <w:tr>
        <w:trPr>
          <w:trHeight w:hRule="exact" w:val="150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VR02.040.004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VR02.040.005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50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VR02.040.006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VR02.040.007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14" w:right="35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ใน Software Unit ระบุ References ที่สัมพันธ์กับ SR ครบถ้วน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หน่วย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720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VR02.040.008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ลงชื่อผู้จัดทำและผู้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อนุมัติเรียบร้อย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58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 Change Report</w:t>
            </w:r>
          </w:p>
        </w:tc>
      </w:tr>
      <w:tr>
        <w:trPr>
          <w:trHeight w:hRule="exact" w:val="97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VR02.050.001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VR02.050.002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ระบุเกณฑ์การพิจารณาว่ารายการใดเป็นคำขอเปลี่ยนแปลง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มีเกณฑ์ 3 ข้อ ครอบคลุมความจำเป็นต่อการส่งมอบ ขอบเขต และ Man-day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244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VR02.050.003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รายการปรับปรุงที่เสนอได้รับการพิจารณาตามเกณฑ์และบันทึกผลครบทุกรายการ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76"/>
        </w:trPr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VR02.050.004</w:t>
            </w:r>
          </w:p>
        </w:tc>
        <w:tc>
          <w:tcPr>
            <w:tcW w:type="dxa" w:w="17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Passed</w:t>
            </w:r>
          </w:p>
        </w:tc>
        <w:tc>
          <w:tcPr>
            <w:tcW w:type="dxa" w:w="1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6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2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</w:tr>
      <w:tr>
        <w:trPr>
          <w:trHeight w:hRule="exact" w:val="44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(Passed)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</w:tr>
      <w:tr>
        <w:trPr>
          <w:trHeight w:hRule="exact" w:val="46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(Failed)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48"/>
        </w:trPr>
        <w:tc>
          <w:tcPr>
            <w:tcW w:type="dxa" w:w="8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0"/>
        <w:ind w:left="256" w:right="86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ผลการตรวจสอบรอบนี้ผ่านทุกรายการ ประเด็นที่พบระหว่างการตรวจสอบได้รับการแก้ไขและบันทึกใน Correction Register แล้ว การตรวจสอบรอบถัดไปจะครอบคลุมสิ่งส่งมอบที่จัดทำเพิ่มเติมในช่วงถัดไป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