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25690317 V0.1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1 (17 มีนาคม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44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1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4" w:lineRule="exact" w:before="5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4" w:lineRule="exact" w:before="5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4" w:lineRule="exact" w:before="5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4" w:lineRule="exact" w:before="5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 Software Project Plan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9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VR01.010.001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VR01.010.002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VR01.010.003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VR01.010.004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VR01.010.005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มีข้อมูลผู้รับผิดชอบครบทั้ง 6 บทบาท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VR01.010.006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0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มีปริมาณงาน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VR01.010.007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มีแผนงาน 27 กิจกรรมพร้อมรายละเอียดครบ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VR01.010.008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VR01.010.009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10 Contingency Actions ระบุแผนรองรับกรณีงานไม่แล้วเสร็จ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มีแผนรองรับ 5 สถานการณ์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VR01.010.010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 Customer Requirements</w:t>
            </w:r>
          </w:p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VR01.020.001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VR01.020.002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0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ารแต่ละราย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CR01–CR14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9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VR01.020.003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รหัสเรียงลำดับถูกต้องทุกรายการ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VR01.020.004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37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มีผลสรุป A ครบทั้ง 80 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1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VR01.020.005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14" w:lineRule="exact" w:before="232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