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Product Operation Guide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คู่มือฉบับนี้จัดทำขึ้นเพื่อเป็นแนวทางสำหรับผู้ดูแลระบบ (System Administrator) ในการติดตั้ง ตั้งค่า เฝ้าระวัง สำรองข้อมูล และกู้คืนระบบบริหารจัดการคลังสินค้า เพื่อให้การปฏิบัติงานมีมาตรฐานและกู้คืนระบบได้อย่างรวดเร็ว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ทางเลือกในการติดตั้ง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  <w:tc>
          <w:tcPr>
            <w:tcW w:type="dxa" w:w="4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ไฟล์อ้างอิง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แนะนำ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4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 Compose: php-apache, mariadb,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node/pm2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14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Manual</w:t>
            </w:r>
          </w:p>
        </w:tc>
        <w:tc>
          <w:tcPr>
            <w:tcW w:type="dxa" w:w="4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ขั้นตอนการติดตั้งแบบ Container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คัดลอก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.env.example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เป็น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หรือรันสคริปต์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docker/init-env.sh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ซึ่งจะสอบถามรหัสผ่านฐานข้อมูล ชื่อโฮสต์สาธารณะ ค่า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 โดยค่าที่เว้นว่างระบบจะสุ่มให้อัตโนมัติ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รันคำสั่ง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 compose up -d --build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เพื่อสร้างและเริ่มบริการทั้งสามส่วน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ตรวจสอบว่า Container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php-apache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สร้างไฟล์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จาก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เรียบร้อยแล้ว โดยไฟล์นี้ไม่ถูกเก็บใน Repository และไม่ฝังอยู่ใน Image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ตรวจสอบว่าฐานข้อมูล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ถูกสร้างครบถ้วน และเข้าใช้งานระบบผ่านชื่อโฮสต์ที่กำหนดได้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ขั้นตอนการติดตั้งแบบ Manual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เตรียมเครื่องแม่ข่าย Linux ที่ติดตั้ง PHP 8 ขึ้นไป, MariaDB และ Node.js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ตั้งค่าไฟล์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ได้แก่ ข้อมูลเชื่อมต่อฐานข้อมูล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NODE_PUBLIC_URL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รัน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setup.php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หนึ่งครั้งเพื่อสร้างโครงสร้างฐานข้อมูลทั้งหมด</w:t>
      </w: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94" w:lineRule="exact" w:before="380" w:after="0"/>
        <w:ind w:left="426" w:right="144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เริ่มบริการ Node.js (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nodejs/server.js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nodejs/scheduler.js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) ด้วย pm2 ตามไฟล์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nodejs/ecosystem.config.js</w:t>
      </w:r>
    </w:p>
    <w:p>
      <w:pPr>
        <w:autoSpaceDN w:val="0"/>
        <w:autoSpaceDE w:val="0"/>
        <w:widowControl/>
        <w:spacing w:line="268" w:lineRule="exact" w:before="40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ที่ตั้ง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สร้างขึ้นตอนติดตั้ง ไม่นำเข้า Repository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(Docker) หรือตัวแปรสภาพแวดล้อม (Manual)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ยกเว้นจาก Git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.gitignore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่าระดับบริษัท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เมนูตั้งค่าในระบบ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app/setting/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$time_zone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ใน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กำหนดเป็น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การเฝ้าระวังระบบ (Monitoring)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บริการเว็บแอปพลิเคชัน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ตรวจสอบว่าระบบตอบสนองและผู้ใช้เ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้าสู่ระบบได้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เชื่อมต่อได้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ภายใต้ pm2 และตรวจ Log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nodejs/logs/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ตรวจสอบว่างานสรุปยอดและงานแจ้งเตือนทำงาน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รบและไม่ซ้ำซ้อน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เมื่อการตรวจสอบล้มเหลวติดต่อกัน 2 ครั้ง ระบบจะส่งอีเมลแจ้งเตือนผู้ดูแลระบบ โดย pm2 จะพยายามเริ่มบริการใหม่เป็นลำดับแรก หากไม่สามารถกู้คืนบริการได้ภายใน 30 นาที ผู้ดูแลระบบต้องแจ้งผู้จัดการโครงการ และหากเหตุขัดข้องเกิน 2 ชั่วโมงหรือกระทบการดำเนินธุรกิจอย่างมีนัยสำคัญ ต้องแจ้ง Project Sponsor</w:t>
      </w:r>
    </w:p>
    <w:p>
      <w:pPr>
        <w:autoSpaceDN w:val="0"/>
        <w:autoSpaceDE w:val="0"/>
        <w:widowControl/>
        <w:spacing w:line="268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การสำรองข้อมูลและการกู้คืน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</w:tr>
      <w:tr>
        <w:trPr>
          <w:trHeight w:hRule="exact" w:val="720"/>
        </w:trPr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่าแม่แบบ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2 Remote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origin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backup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ทุกครั้งที่ส่งมอบหรือปรับ Baseline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อัตโนมัติไปยังพื้นที่จัดเ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รายวันเก็บ 30 วัน สิ้นเดือนเก็บ 12 เดือน</w:t>
            </w:r>
          </w:p>
        </w:tc>
      </w:tr>
      <w:tr>
        <w:trPr>
          <w:trHeight w:hRule="exact" w:val="720"/>
        </w:trPr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1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สารต้นฉบับ</w:t>
            </w:r>
          </w:p>
        </w:tc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</w:t>
            </w:r>
          </w:p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ขั้นตอนการกู้คืนฐานข้อมูล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ผู้ดูแลระบบเลือกชุดสำรองที่ต้องการจากพื้นที่จัดเก็บบนคลาวด์ และยืนยันวันที่พร้อมความสมบูรณ์ของไฟล์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กู้คืนชุดสำรองเข้าสู่สภาพแวดล้อมที่ไม่ใช่ระบบใช้งานจริงก่อนเสมอ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ตรวจสอบการเชื่อมต่อฐานข้อมูล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พร้อมตรวจสอบข้อมูลหลักและรายการตัวอย่าง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กรณีกู้คืนระบบใช้งานจริง ให้บันทึกจุดกู้คืน หยุดบริการที่เกี่ยวข้อง กู้คืนชุดสำรองที่ตรวจสอบแล้ว เริ่มบริการแอปพลิเคชันและ Node.js ใหม่ แล้วตรวจสอบสถานะตามหัวข้อ 5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 กรณีการสำรองข้อมูลล้มเหลวหรือไม่ทำงานตามกำหนด ผู้ดูแลระบบต้องตรวจสอบสาเหตุและสั่งทำงานซ้ำ</w:t>
      </w:r>
    </w:p>
    <w:p>
      <w:pPr>
        <w:autoSpaceDN w:val="0"/>
        <w:autoSpaceDE w:val="0"/>
        <w:widowControl/>
        <w:spacing w:line="300" w:lineRule="exact" w:before="210" w:after="0"/>
        <w:ind w:left="144" w:right="432" w:firstLine="0"/>
        <w:jc w:val="center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กำหนดทดสอบกู้คืนภายใน 23 สิงหาคม 2569 โดยกู้คืนชุดสำรองลงในสภาพแวดล้อมที่ไม่ใช่ระบบใช้งานจริง ตรวจสอบการเข้าถึงฐานข้อมูลและข้อมูลตัวอย่างให้ครบถ้วน และให้ผู้จัดการโครงการทบทวนผลการทดสอบในขั้นตอนปิดโครงการ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การปิดรายการควบคุมด้านปฏิบัติการ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ารปิดราย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990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OP-001</w:t>
            </w:r>
          </w:p>
        </w:tc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การสำรองและกู้คืนฐานข้อมูล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แบบอัตโนมัติ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Administrator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กำหนดปิดรายการ 23 สิงหาคม 2569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หัวข้อ 6 ระบุรอบการสำรอง ที่จัดเก็บ การเก็บรักษา ขั้นตอนกู้คืน และแผนการทดสอบกู้คืน</w:t>
            </w:r>
          </w:p>
        </w:tc>
      </w:tr>
      <w:tr>
        <w:trPr>
          <w:trHeight w:hRule="exact" w:val="974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OP-002</w:t>
            </w:r>
          </w:p>
        </w:tc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Administrator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กำหนดปิดรายการ 23 สิงหาคม 2569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หัวข้อ 5 ระบุรอบการตรวจสอบ เงื่อนไขการแจ้งเตือน ผู้รับแจ้ง และขั้นตอนการยกระดับ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การจัดการผู้ใช้งานและสิทธิ์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ผู้ใช้ระดับ Owner หรือ Admin จัดการผู้ใช้งาน บทบาท และสิทธิ์การเข้าถึงแอปพลิเคชันจากเมนูตั้งค่า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การเปลี่ยนบทบาทมีผลกับการทำงานครั้งถัดไปของผู้ใช้รายนั้น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ระบบอนุญาตให้ใช้งานได้ครั้งละหนึ่ง Session ต่อบัญชี เพื่อป้องกันการใช้บัญชีร่วมกัน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8" w:lineRule="exact" w:before="42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duct-operation-gui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