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User Document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ารใช้งานสำหรับผู้ใช้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คู่มือฉบับนี้จัดทำขึ้นเพื่อเป็นแนวทางสำหรับผู้ใช้งานระบบบริหารจัดการคลังสินค้า ครอบคลุมการเข้าสู่ระบบ การตั้งค่าข้อมูลหลัก การบันทึกรายการคลังสินค้า งานขาย งานจัดซื้อ งานการเงินและบัญชี การเรียกดูรายงาน และการรับการแจ้งเตือน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การเข้าสู่ระบบ (System Access)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้าใช้งานผ่าน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(Chrome, Edge, Firefox)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URL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ผู้ใช้งานใหม่ที่เป็นเจ้า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องบริษัทให้เลือ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"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"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และยืนยันอีเมลเพื่อเปิดใช้งาน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ผู้ใช้งานที่ได้รับคำเชิญให้กดลิงก์ในอีเมลเชิญ แล้วตั้งรหัสผ่านเพื่อเข้าร่วมบริษัท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กรณีลืมรหัสผ่าน ให้เลือก "ลืมรหัสผ่าน" ระบบจะส่งลิงก์และรหัส OTP ไปยังอีเมลที่ลงทะเบียนไว้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ระบบอนุญาตให้ใช้งานได้ครั้งละหนึ่ง Session ต่อบัญชี หากเข้าสู่ระบบจากอุปกรณ์ใหม่ระบบจะปฏิเสธการเข้าใช้งานซ้ำ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หน้าจอรองรับการใช้งานบนคอมพิวเตอร์ แท็บเล็ต และโทรศัพท์มือถือ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บทบาทและสิทธิ์การใช้งาน (Roles)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</w:t>
            </w:r>
          </w:p>
        </w:tc>
      </w:tr>
      <w:tr>
        <w:trPr>
          <w:trHeight w:hRule="exact" w:val="450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เจ้าของบริษัท ใช้งานได้ทุกเมนู รวมถึงการตั้งค่าบริษัทและการจัดการผู้ใช้</w:t>
            </w:r>
          </w:p>
        </w:tc>
      </w:tr>
      <w:tr>
        <w:trPr>
          <w:trHeight w:hRule="exact" w:val="464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จัดการข้อมูลหลัก ผู้ใช้งาน สิทธิ์การเข้าถึง และใช้งานทุกโมดูลปฏิบัติการ</w:t>
            </w:r>
          </w:p>
        </w:tc>
      </w:tr>
      <w:tr>
        <w:trPr>
          <w:trHeight w:hRule="exact" w:val="450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Staff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บันทึกรายการคลังสินค้า ขาย จัดซื้อ และการเงิน ตามสิทธิ์ที่ได้รับ</w:t>
            </w:r>
          </w:p>
        </w:tc>
      </w:tr>
      <w:tr>
        <w:trPr>
          <w:trHeight w:hRule="exact" w:val="466"/>
        </w:trPr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Viewer</w:t>
            </w:r>
          </w:p>
        </w:tc>
        <w:tc>
          <w:tcPr>
            <w:tcW w:type="dxa" w:w="8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ดูหน้าจอและรายงานที่ได้รับสิทธิ์ แต่ไม่สามารถสร้างหรือแก้ไขรายการได้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17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เมนูและปุ่มคำสั่งที่แสดงจะเปลี่ยนตามบทบาทและสิทธิ์การเข้าถึงที่ผู้ดูแลระบบกำหนด</w:t>
      </w:r>
    </w:p>
    <w:p>
      <w:pPr>
        <w:sectPr>
          <w:headerReference w:type="default" r:id="rId13"/>
          <w:footerReference w:type="default" r:id="rId14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หน้าแรกและแดชบอร์ด (Dashboard)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แดชบอร์ดคลังสินค้าแสดงยอดสินค้าคงเหลือ สินค้าใกล้หมด และความเคลื่อนไหวล่าสุด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แดชบอร์ดบัญชีแสดงภาพรวมรายรับ รายจ่าย และยอดค้างชำระ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4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ตัวเลขบนแดชบอร์ดคำนวณจากตารางสรุปยอดที่ปรับปรุงตามกำหนดเวลา รายการที่เพิ่งบันทึกอาจแสดงผลช้ากว่าข้อมูลจริงเล็กน้อย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การตั้งค่าข้อมูลหลัก (Master Data)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ก่อนเริ่มบันทึกรายการ ผู้ใช้ระดับ Owner หรือ Admin ต้องตั้งค่าข้อมูลหลักตามลำดับ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คลังสินค้า พื้นที่จัดเก็บ และช่องจัดเก็บ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เลือกใช้โครงสร้างแบบคลังเดียวหรือแบบหลายชั้น (คลัง / พื้นที่ / ช่อง) ตามลักษณะการทำงาน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หมวดสินค้าและสินค้า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ระบุรหัสสินค้า ชื่อ หน่วยนับ และรูปสินค้า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ประเภทผู้ติดต่อและผู้ติดต่อ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บันทึกข้อมูลลูกค้าและผู้ขายที่ใช้ในเอกสารขายและจัดซื้อ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ข้อมูลบริษัทและ SMTP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ตั้งค่าข้อมูลบริษัท โลโก้ และบัญชีอีเมลสำหรับส่งการแจ้งเตือน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งานคลังสินค้า (Inventory Operations)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</w:t>
            </w:r>
          </w:p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เลือกสินค้า ระบุจำนวน ตำแหน่งจัดเก็บ และเอกสารอ้างอิง หากสินค้ามี Lot, Serial Number หรือวันหมดอายุ ให้ระบุเพิ่มเพื่อการสอบกลับ</w:t>
            </w:r>
          </w:p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เลือกสินค้าและจำนวนที่ต้องการจ่าย ระบบจะตรวจสอบยอดคงเหลือก่อนอนุมัติรายการ หากจ่ายเกินยอดระบบจะปฏิเสธ</w:t>
            </w:r>
          </w:p>
        </w:tc>
      </w:tr>
      <w:tr>
        <w:trPr>
          <w:trHeight w:hRule="exact" w:val="45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ระบุตำแหน่งต้นทางและปลายทาง ระบบจะบันทึกเป็นรายการโอนเดียวที่สอบกลับได้</w:t>
            </w:r>
          </w:p>
        </w:tc>
      </w:tr>
      <w:tr>
        <w:trPr>
          <w:trHeight w:hRule="exact" w:val="466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เลือกสินค้าหรือตำแหน่งจัดเก็บเพื่อพิมพ์ฉลากบาร์โค้ด และใช้เครื่องสแกนในหน้าจอที่รองรับ</w:t>
            </w:r>
          </w:p>
        </w:tc>
      </w:tr>
      <w:tr>
        <w:trPr>
          <w:trHeight w:hRule="exact" w:val="45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แนบไฟล์</w:t>
            </w:r>
          </w:p>
        </w:tc>
        <w:tc>
          <w:tcPr>
            <w:tcW w:type="dxa" w:w="7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ารได้ตามประเภทไฟล์ที่อนุญาต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งานขาย (Sales)</w:t>
      </w:r>
    </w:p>
    <w:p>
      <w:pPr>
        <w:autoSpaceDN w:val="0"/>
        <w:autoSpaceDE w:val="0"/>
        <w:widowControl/>
        <w:spacing w:line="360" w:lineRule="exact" w:before="72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สร้าง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ใบเสนอราคา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ให้ลูกค้า</w:t>
      </w:r>
    </w:p>
    <w:p>
      <w:pPr>
        <w:autoSpaceDN w:val="0"/>
        <w:autoSpaceDE w:val="0"/>
        <w:widowControl/>
        <w:spacing w:line="360" w:lineRule="exact" w:before="72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แปลงใบเสนอราคาที่ลูกค้าตอบรับเป็น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ใบสั่งขาย</w:t>
      </w:r>
    </w:p>
    <w:p>
      <w:pPr>
        <w:autoSpaceDN w:val="0"/>
        <w:autoSpaceDE w:val="0"/>
        <w:widowControl/>
        <w:spacing w:line="360" w:lineRule="exact" w:before="72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ออก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ใบแจ้งหนี้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จากใบสั่งขาย ระบบจะบันทึกรายการบัญชีที่เกี่ยวข้องให้อัตโนมัติ</w:t>
      </w:r>
    </w:p>
    <w:p>
      <w:pPr>
        <w:autoSpaceDN w:val="0"/>
        <w:autoSpaceDE w:val="0"/>
        <w:widowControl/>
        <w:spacing w:line="360" w:lineRule="exact" w:before="72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กรณีมีการคืนสินค้า ให้บันทึก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ใบรับคืน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และออก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ใบลดหนี้</w:t>
      </w:r>
    </w:p>
    <w:p>
      <w:pPr>
        <w:autoSpaceDN w:val="0"/>
        <w:autoSpaceDE w:val="0"/>
        <w:widowControl/>
        <w:spacing w:line="246" w:lineRule="exact" w:before="2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ทุกขั้นตอนต้องเปลี่ยนสถานะตามลำดับที่ระบบกำหนด หากเปลี่ยนสถานะข้ามขั้นระบบจะปฏิเสธพร้อมแสดงข้อความ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งานจัดซื้อ (Purchasing)</w:t>
      </w:r>
    </w:p>
    <w:p>
      <w:pPr>
        <w:autoSpaceDN w:val="0"/>
        <w:autoSpaceDE w:val="0"/>
        <w:widowControl/>
        <w:spacing w:line="364" w:lineRule="exact" w:before="52" w:after="1104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ใบขอซื้อ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และส่งให้ผู้มีอำนาจอนุมัติ</w:t>
      </w:r>
    </w:p>
    <w:p>
      <w:pPr>
        <w:autoSpaceDN w:val="0"/>
        <w:autoSpaceDE w:val="0"/>
        <w:widowControl/>
        <w:spacing w:line="364" w:lineRule="exact" w:before="52" w:after="1104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แปลงใบขอซื้อที่อนุมัติแล้วเป็น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ใบสั่งซื้อ</w:t>
      </w:r>
    </w:p>
    <w:p>
      <w:pPr>
        <w:autoSpaceDN w:val="0"/>
        <w:autoSpaceDE w:val="0"/>
        <w:widowControl/>
        <w:spacing w:line="364" w:lineRule="exact" w:before="52" w:after="1104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เมื่อได้รับสินค้าให้บันทึก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ใบแจ้งหนี้ซื้อ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ระบบจะรับสินค้าเข้าคลังและบันทึกบัญชีที่เกี่ยวข้อง</w:t>
      </w:r>
    </w:p>
    <w:p>
      <w:pPr>
        <w:autoSpaceDN w:val="0"/>
        <w:autoSpaceDE w:val="0"/>
        <w:widowControl/>
        <w:spacing w:line="364" w:lineRule="exact" w:before="52" w:after="1104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กรณีคืนสินค้าให้ผู้ขาย ให้บันทึก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ใบคืนสินค้าผู้ขาย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งานการเงินและบัญชี (Finance &amp; Accounting)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2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ใบวางบิลรับและใบเสร็จรับเงิน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บันทึกการวางบิลและการรับชำระจากลูกค้า ผูกกับใบแจ้งหนี้ที่เกี่ยวข้อง</w:t>
            </w:r>
          </w:p>
        </w:tc>
      </w:tr>
      <w:tr>
        <w:trPr>
          <w:trHeight w:hRule="exact" w:val="448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ใบวางบิลจ่ายและใบสำ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บันทึกการวางบิลและการจ่ายชำระให้ผู้ขาย ผูกกับใบแจ้งหนี้ซื้อ</w:t>
            </w:r>
          </w:p>
        </w:tc>
      </w:tr>
      <w:tr>
        <w:trPr>
          <w:trHeight w:hRule="exact" w:val="468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ผังบัญชีและแผน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Admin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เป็นผู้ดูแลโ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รงสร้างบัญชี</w:t>
            </w:r>
          </w:p>
        </w:tc>
      </w:tr>
      <w:tr>
        <w:trPr>
          <w:trHeight w:hRule="exact" w:val="448"/>
        </w:trPr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  <w:tc>
          <w:tcPr>
            <w:tcW w:type="dxa" w:w="65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บันทึกรายการบัญชีจากเอกสารต้นทางหรือบันทึกเองตามสิทธิ์ รายการต้องสมดุลจึงจะบันทึกได้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รายงาน (Reports)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รายงานคลังสินค้า ได้แก่ ภาพรวมสต๊อก ความเคลื่อนไหว ความจุคลัง สินค้าใกล้หมด สินค้าหมดอายุ และรายงาน Lot</w:t>
      </w:r>
    </w:p>
    <w:p>
      <w:pPr>
        <w:autoSpaceDN w:val="0"/>
        <w:autoSpaceDE w:val="0"/>
        <w:widowControl/>
        <w:spacing w:line="210" w:lineRule="exact" w:before="90" w:after="0"/>
        <w:ind w:left="65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Lot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รายงานการเงิน ได้แก่ งบทดลอง งบกำไรขาดทุน งบดุล ภาษีมูลค่าเพิ่ม สมุดรายวัน และความเคลื่อนไหวบัญชีแยกประเภท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ทุกรายงานกรอง ดู พิมพ์ และส่งออกได้ ภายใต้ขอบเขตบริษัทและสิทธิ์ของผู้ใช้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การแจ้งเตือน (Notification)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ระบบแจ้งเตือนผู้ใช้ที่เกี่ยวข้องแบบ Real-time เมื่อมีการเปลี่ยนสถานะเอกสารที่ต้องดำเนินการต่อ และแจ้งเตือนตามกำหนดเวลาสำหรับสินค้าใกล้หมดและใบแจ้งหนี้ค้างชำระ โดยแจ้งเฉพาะผู้ใช้ที่มีสิทธิ์ในบริบทของบริษัทนั้น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การขอความช่วยเหลือ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ปัญหาการใช้งานทั่วไป ติดต่อผู้ดูแลระบบของบริษัท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ปัญหาที่เกี่ยวกับการทำงานของระบบ ให้แจ้งผ่านช่องทางสนับสนุนที่ระบุในเอกสาร Maintenance Document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ขั้นตอนการติดตั้ง ตั้งค่า และกู้คืนระบบ อยู่ในเอกสาร Product Operation Guide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SuD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user-docu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