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7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Test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6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Non-Functional Test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Environment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ที่ใช้ทดสอบ</w:t>
            </w:r>
          </w:p>
        </w:tc>
        <w:tc>
          <w:tcPr>
            <w:tcW w:type="dxa" w:w="114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Register &amp; Onboarding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TC-UN02.002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User &amp; App-Access Administration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&amp; System Settings / Company – SMTP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Mail Dispatch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TC-UN03.003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Master – Warehouse / Storage / Bin / Master – Product &amp; Category / Master – Contact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Master – Warehouse Layer Configuration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Stock-in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 Transfer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Lot / Serial / Expiry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Stock Reports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Scan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TC-UN05.003, TC-UN05.004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Sales – Quotation / Sales – Sales Order / Sales – Invoice / Sales – Return / Credit Note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TC-UN06.003, TC-UN06.004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Purchasing – Purchase Request / Purchasing – Purchase Order / Purchasing – Purchase Invoice / Purchasing – Supplier Return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TC-UN07.001, TC-UN07.002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Finance – Receipt Billing &amp; Receipt / Finance – Payment Billing &amp; Payment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TC-UN08.001, TC-UN08.002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Accounting – Chart of Accounts / Departments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Formulas / Accounting – Journal &amp; GL Posting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Financial Reports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TC-UN10.001, TC-UN10.002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Numbering / Document – Lifecycle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File Attachment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Filter / Print / Export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Audit Fields &amp; History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Scope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ที่ได้รับอนุญาตในบริบทปัจจุบัน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Aggregates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TC-UN09.001, TC-UN11.002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Reports – Dashboard &amp; Aggregates / Node – Scheduler (ETL &amp; Alerts)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Aggregates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Notification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Company – SMTP &amp; Mail Dispatch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Application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PHP 8 ขึ้นไป, MySQL/MariaDB และ Node.js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Scan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TLS &amp; Secret Configuration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การเชื่อมต่อในสภาพแวดล้อมใช้งานจริงต้องเข้ารหัสด้วย HTTPS/TLS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TC-UN13.003, TC-UN12.004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 / Security – TLS &amp;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Configuration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Validation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และฝั่งเซิร์ฟเวอร์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Validation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Scripting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Scope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&amp; Alerts)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ระบบต้องติดตั้งฐานข้อมูลได้ในขั้นตอนเดียวผ่าน setup.php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59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Docker Compose Stack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up -d --build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Generator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62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63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Recovery / OTP / Session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64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Accounting – Journal &amp; GL Posting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4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65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Req. ID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972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66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Restore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76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67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&amp; 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990"/>
        </w:trPr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  <w:tc>
          <w:tcPr>
            <w:tcW w:type="dxa" w:w="2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432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</w:t>
            </w:r>
          </w:p>
        </w:tc>
        <w:tc>
          <w:tcPr>
            <w:tcW w:type="dxa" w:w="5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Scope Guard / Security – Server-side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autoSpaceDN w:val="0"/>
        <w:autoSpaceDE w:val="0"/>
        <w:widowControl/>
        <w:spacing w:line="230" w:lineRule="exact" w:before="43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2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2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Pending</w:t>
            </w:r>
          </w:p>
        </w:tc>
        <w:tc>
          <w:tcPr>
            <w:tcW w:type="dxa" w:w="12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ารทดสอบนี้</w:t>
            </w:r>
          </w:p>
        </w:tc>
      </w:tr>
      <w:tr>
        <w:trPr>
          <w:trHeight w:hRule="exact" w:val="466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Conclusion</w:t>
            </w:r>
          </w:p>
        </w:tc>
        <w:tc>
          <w:tcPr>
            <w:tcW w:type="dxa" w:w="12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244" w:lineRule="exact" w:before="186" w:after="15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