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Components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เอกสารแสดงส่วนประกอบต่าง ๆ ของโปรแกรมแต่ละเวอร์ชัน (Compiled Program, 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ส่วนประกอบของซอฟต์แวร์ที่ส่งมอบ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ประเภทส่วน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3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เวอร์ชัน / Baseline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(PHP)</w:t>
            </w:r>
          </w:p>
        </w:tc>
        <w:tc>
          <w:tcPr>
            <w:tcW w:type="dxa" w:w="3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แอปพลิเคชันหลักและ Manager Classes ทั้งหมด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2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(Node.js)</w:t>
            </w:r>
          </w:p>
        </w:tc>
        <w:tc>
          <w:tcPr>
            <w:tcW w:type="dxa" w:w="3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2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</w:t>
            </w:r>
          </w:p>
        </w:tc>
        <w:tc>
          <w:tcPr>
            <w:tcW w:type="dxa" w:w="3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สคริปต์สร้างฐานข้อมูล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docker/mariadb/init-wms2.sql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2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Package</w:t>
            </w:r>
          </w:p>
        </w:tc>
        <w:tc>
          <w:tcPr>
            <w:tcW w:type="dxa" w:w="3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(php-apache,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mariadb, node/pm2)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8" w:right="576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2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Template</w:t>
            </w:r>
          </w:p>
        </w:tc>
        <w:tc>
          <w:tcPr>
            <w:tcW w:type="dxa" w:w="3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แม่แบบค่าตั้งค่าและสคริปต์สร้าง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.env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8" w:right="72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docker/init-env.sh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2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6c39700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Demo Data</w:t>
            </w:r>
          </w:p>
        </w:tc>
        <w:tc>
          <w:tcPr>
            <w:tcW w:type="dxa" w:w="3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้อมูลสาธิตสำหรับตรวจรับ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demo_seed*.php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2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dd48a8b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3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Package</w:t>
            </w:r>
          </w:p>
        </w:tc>
        <w:tc>
          <w:tcPr>
            <w:tcW w:type="dxa" w:w="3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10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Repository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Software Unit ที่พัฒนาแล้ว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 – Register &amp; Onboarding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 – Login &amp; Role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Session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Administration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 – Profile &amp; System Settings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Company – SMTP &amp; Mail Dispatch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Warehouse / Storage / Bin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Product &amp; Category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Warehouse Layer Configuration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 Transfer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Lot / Serial / Expiry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Barcode Label &amp; Scan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File Attachment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Return / Credit Note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Request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Order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Purchase Invoice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4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– Supplier Return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– Receipt Billing &amp; Receipt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– Payment Billing &amp; Payment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Departments / Formulas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 – Journal &amp; GL Posting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Module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Unit ID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Dashboard &amp; Aggregates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Stock Reports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Financial Reports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 – Filter / Print / Export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Numbering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66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Lifecycle &amp; Status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– Audit Fields &amp; History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แจ้งเตือนและงานตามกำหนดเวลา (Notification 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 – Socket.IO Notification Server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แจ้งเตือนและงานตามกำหนดเวลา (Notification &amp; Scheduler)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 – Scheduler (ETL &amp; Alerts)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Tenant Scope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Server-side Validation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Operation Lock &amp; Usage Guard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Tenant Scope)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TLS &amp; Secret Configuration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setup.php Schema Installer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04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Docker Compose Stack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.env Generator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  <w:tr>
        <w:trPr>
          <w:trHeight w:hRule="exact" w:val="720"/>
        </w:trPr>
        <w:tc>
          <w:tcPr>
            <w:tcW w:type="dxa" w:w="34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Backup)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36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 – Backup &amp; Restore</w:t>
            </w:r>
          </w:p>
        </w:tc>
        <w:tc>
          <w:tcPr>
            <w:tcW w:type="dxa" w:w="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สรุปจำนวนส่วนประกอบ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(Module Group)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Unit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45</w:t>
            </w:r>
          </w:p>
        </w:tc>
      </w:tr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ารที่ทำงานเบื้องหลัง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การควบคุมส่วนประกอบ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ส่วนประกอบทั้งหมดควบคุมเวอร์ชันด้วย Git โดยมี Baseline ของระบบที่ส่งมอบคือ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สำรองไปยัง Remote สำรอง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git@github.com:thanakorninbox-dev/wms-app.git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ตามที่ระบุใน Project Repository (Backup)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การเพิ่มหรือแก้ไขส่วนประกอบต้องผ่าน Change Report หรือบันทึกใน Correction Register แล้วแต่กรณี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