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Requirements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25690225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และสรุป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(Software Requirements Specification)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(Objectives)</w:t>
      </w:r>
    </w:p>
    <w:p>
      <w:pPr>
        <w:autoSpaceDN w:val="0"/>
        <w:autoSpaceDE w:val="0"/>
        <w:widowControl/>
        <w:spacing w:line="308" w:lineRule="exact" w:before="122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เพื่อแปลงความต้องการของลูกค้าที่ได้รับอนุมัติแล้วให้เป็นความต้องการเชิงเทคนิคของซอฟต์แวร์ ครอบคลุมมาตรฐาน โครงสร้าง ส่วนประกอบ ความสัมพันธ์ ประสิทธิภาพ ส่วนเชื่อมต่อ ความปลอดภัย ฐานข้อมูล และการจัดการข้อผิดพลาด เพื่อใช้เป็นเอกสารอ้างอิงหลักในการออกแบบระบบ พัฒนา และทดสอบ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ผู้มีส่วนได้ส่วนเสีย (Stakeholders)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ผู้บริหาร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(CEO)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ราะห์ระบบ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จัดทำและ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ผู้ทดสอบระบบ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ความต้องการซอฟต์แวร์ (Software Requirements)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 Standards of Software</w:t>
            </w:r>
          </w:p>
        </w:tc>
      </w:tr>
      <w:tr>
        <w:trPr>
          <w:trHeight w:hRule="exact" w:val="2024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SR01:001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ระบบต้องพัฒนาและจัดทำเอ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สารให้สอด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ISO/IEC 29110 Basic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Profile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และแนวปฏิบัติ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Secure Coding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CR12:004,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CR14:003,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CR09:003,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CR10:004,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CR11:004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SR01:002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ระบบต้องใช้เท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โนโลยี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(Socket.IO,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pm2)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CR04:004,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CR12:001</w:t>
            </w:r>
          </w:p>
        </w:tc>
      </w:tr>
      <w:tr>
        <w:trPr>
          <w:trHeight w:hRule="exact" w:val="1772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ระบบต้องติดตั้งบน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Linux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ได้ทั้งแบบ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Manual (setup.php)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Compose (php-apache, mariadb, node/pm2)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48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CR07:001,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CR10:001,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CR10:002,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CR08:001,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CR08:002,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CR13:003</w:t>
            </w:r>
          </w:p>
        </w:tc>
      </w:tr>
      <w:tr>
        <w:trPr>
          <w:trHeight w:hRule="exact" w:val="718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SR01:004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รหัสผ่านผู้ใช้ต้องเ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bcrypt (PASSWORD_BCRYPT)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วามธรรมดา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CR12:003</w:t>
            </w:r>
          </w:p>
        </w:tc>
      </w:tr>
      <w:tr>
        <w:trPr>
          <w:trHeight w:hRule="exact" w:val="97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SR01:005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ค่าตั้งค่าและความลับ (app/config.php, .env) ต้องถูกยกเว้นจาก Source Control และสร้างขึ้นตอนติดตั้ง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48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CR06:002,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CR09:002,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CR10:003</w:t>
            </w:r>
          </w:p>
        </w:tc>
      </w:tr>
      <w:tr>
        <w:trPr>
          <w:trHeight w:hRule="exact" w:val="45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SR01:006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ำหนดเวลาต้องใช้เ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Asia/Bangkok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CR07:002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 Software Structure Considerations</w:t>
            </w:r>
          </w:p>
        </w:tc>
      </w:tr>
      <w:tr>
        <w:trPr>
          <w:trHeight w:hRule="exact" w:val="45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SR02:001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Web-based Application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แบบหลายหน้า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(Multi-page PHP)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CR04:001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SR02:002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ส่วนติดต่อผู้ใช้ต้องเป็น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Responsive Design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 / Tablet / Mobile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CR05:001,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CR07:003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SR02:003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ะทางธุร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ิจต้องจัดเป็น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Manager/Service Classes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Page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Controller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ส่วนแสดงผล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CR09:001</w:t>
            </w:r>
          </w:p>
        </w:tc>
      </w:tr>
      <w:tr>
        <w:trPr>
          <w:trHeight w:hRule="exact" w:val="46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SR02:004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Manager Classes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SQL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ในหน้าเพจ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CR09:001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SR02:005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ระบบต้องติดตั้งเป็น Container Stack ผ่าน Docker Compose ได้ นอกเหนือจากการติดตั้งแบบ Manual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CR10:002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 Software Elements</w:t>
            </w:r>
          </w:p>
        </w:tc>
      </w:tr>
      <w:tr>
        <w:trPr>
          <w:trHeight w:hRule="exact" w:val="974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SR03:001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โมดูลผู้ใช้งานและสิทธิ์: ลงทะเบียน, Onboarding, เข้าสู่ระบบ, บทบาท Owner/Admin/Staff/Viewer, สิทธิ์แอปพลิเคชัน (app/login/, UserManager, PasswordManager, PasswordResetManager)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CR01:004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SR03:002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โมดูลตั้งค่าบริษัท: ข้อมูลบริษัท, SMTP, การตั้งค่าระบบ (app/setting/, CompanyProfileManager, CompanySettingManager, SmtpManager)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CR03:005</w:t>
            </w:r>
          </w:p>
        </w:tc>
      </w:tr>
      <w:tr>
        <w:trPr>
          <w:trHeight w:hRule="exact" w:val="97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SR03:003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โมดูลข้อมูลหลัก: คลังสินค้า, พื้นที่/ช่องจัดเก็บ, หมวดสินค้า, สินค้า, ผู้ติดต่อ (app/inventory/, app/contact/, WarehouseManager, ProductManager, ContactManager)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CR01:006</w:t>
            </w:r>
          </w:p>
        </w:tc>
      </w:tr>
      <w:tr>
        <w:trPr>
          <w:trHeight w:hRule="exact" w:val="1244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โมดูลควบคุมสินค้าคงคลัง: รับเข้า, จ่ายออก, โอนย้าย, Lot/Serial/Expiry, บาร์โค้ด, แนบไฟล์ (app/ics/, StockManager, StockSourceManager, BarcodeManager, FileUploader)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CR01:007–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CR05:005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992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SR03:005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: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ใบลดหนี้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(app/order/,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app/revenue/, QuotationManager, OrderManager, InvoiceManager,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ReturnManager)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CR01:013</w:t>
            </w:r>
          </w:p>
        </w:tc>
      </w:tr>
      <w:tr>
        <w:trPr>
          <w:trHeight w:hRule="exact" w:val="972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SR03:006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โมดูลจัดซื้อ: ใบขอซื้อ, ใบสั่งซื้อ, ใบแจ้งหนี้ซื้อ, ใบคืนสินค้าผู้ขาย (app/po/, PurchaseRequestManager, PurchaseOrderManager, SupplierReturnManager)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CR01:014</w:t>
            </w:r>
          </w:p>
        </w:tc>
      </w:tr>
      <w:tr>
        <w:trPr>
          <w:trHeight w:hRule="exact" w:val="97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SR03:007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: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ใบเสร็จ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(app/finance/,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ReceiptBillingManager, ReceiptManager, PaymentBillingManager,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PaymentManager)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CR01:015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SR03:008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โมดูลบัญชี: ผังบัญชี, แผนก, สูตรบัญชี, สมุดรายวัน, บัญชีแยกประเภท (app/accounting/, app/journal/, PostingManager)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</w:tr>
      <w:tr>
        <w:trPr>
          <w:trHeight w:hRule="exact" w:val="97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SR03:009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โมดูลรายงานและแดชบอร์ด: รายงานสต๊อก, รายงานการเงิน, แดชบอร์ด (app/reports/, app/dashboard/, app/ac_dashboard/, ReportManager, EtlStockManager)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48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CR01:020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SR03:010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โมดูลควบคุมเอกสาร: ออกเลขที่เอกสาร, วงจรชีวิต/สถานะ, ประวัติรายการ (DocumentNumberManager, BatchActionManager)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CR01:023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SR03:011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15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: 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Scheduler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(nodejs/server.js, nodejs/scheduler.js, app/cron/)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CR01:022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 Software Elements Relationship</w:t>
            </w:r>
          </w:p>
        </w:tc>
      </w:tr>
      <w:tr>
        <w:trPr>
          <w:trHeight w:hRule="exact" w:val="123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SR04:001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้าถึงได้ผ่าน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ารยืนยันตัวตนและ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องโมดูลผู้ใช้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งานเท่านั้น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48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CR04:003,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CR05:002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โมดูลขาย จัดซื้อ และการเงิน ต้องบันทึกผลกระทบต่อสต๊อกและ GL ผ่านโมดูลคลังสินค้าและบัญชี ไม่ทำซ้ำตรรกะ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CR01:013–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SR04:003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โมดูลรายงานต้องอ่าน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้อมูลภายใต้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ลังที่โมดูล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ับใช้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CR08:004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SR04:004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ต้องรับเหตุ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Secret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เท่านั้น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CR03:003</w:t>
            </w:r>
          </w:p>
        </w:tc>
      </w:tr>
      <w:tr>
        <w:trPr>
          <w:trHeight w:hRule="exact" w:val="45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SR04:005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โมดูลที่สร้างเอ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ิจต้องเรีย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สารเพื่อออ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CR01:018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 Performance Characteristics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SR05:001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งานประจำวัน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เปิดหน้าจอ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ต้องเสร็จภายในเวลาที่ใช้งานได้จริงบน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CR02:001</w:t>
            </w:r>
          </w:p>
        </w:tc>
      </w:tr>
      <w:tr>
        <w:trPr>
          <w:trHeight w:hRule="exact" w:val="974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SR05:002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29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ยอดสรุปสต๊อก/GL/แดชบอร์ดต้องคำนวณล่วงหน้าตามกำหนดเวลา (etl_stock_summary, etl_gl_summary)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48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CR02:002,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CR08:005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SR05:003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้อมูลและผู้ใช้พร้อม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ันตามที่ต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ลงสำหรับสภาพแวดล้อมใช้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งานจริง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CR02:003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SR05:004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 Health Check ทุก 5 นาที และแจ้งเตือนผู้ดูแลเมื่อล้มเหลวติดต่อกัน 2 ครั้ง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CR08:003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 Software Interfaces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SR06:001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แอปพลิเคชัน PHP ต้องเชื่อมต่อฐานข้อมูล MariaDB 2 ฐาน: wms (ผู้ใช้/บริษัท) และ wms2 (คลัง/บัญชี)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CR03:001</w:t>
            </w:r>
          </w:p>
        </w:tc>
      </w:tr>
      <w:tr>
        <w:trPr>
          <w:trHeight w:hRule="exact" w:val="452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SR06:002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ระบบต้องใช้งานได้บน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Chrome, Edge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Firefox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รุ่นปัจจุบัน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CR03:002</w:t>
            </w:r>
          </w:p>
        </w:tc>
      </w:tr>
      <w:tr>
        <w:trPr>
          <w:trHeight w:hRule="exact" w:val="464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SR06:003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Mobile/Tablet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Responsive UI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CR07:003</w:t>
            </w:r>
          </w:p>
        </w:tc>
      </w:tr>
      <w:tr>
        <w:trPr>
          <w:trHeight w:hRule="exact" w:val="70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SR06:004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แอปพลิเคชัน PHP ต้องส่งเหตุการณ์ไป Node.js ผ่าน HTTP Endpoint ภายใน (NODE_EMIT_URL + NODE_EMIT_SECRET) และส่งอีเมลผ่าน SMTP ต่อบริษัท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CR03:005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ต้องเชื่อมต่อ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Socket.IO Endpoint (NODE_PUBLIC_URL)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เพื่อรับ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CR03:004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 Security Characteristics</w:t>
            </w:r>
          </w:p>
        </w:tc>
      </w:tr>
      <w:tr>
        <w:trPr>
          <w:trHeight w:hRule="exact" w:val="45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SR07:001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ารเชื่อมต่อในสภาพแวดล้อมใช้งานจริงต้องผ่าน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HTTPS/TLS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CR06:001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SR07:002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CR06:003,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CR14:004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SR07:003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Session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ที่ใช้งานอยู่เพียงหนึ่งต่อบัญชี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บล็อ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Concurrent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Login)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CR06:006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SR07:004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SQL Injection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Cross-Site Scripting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ทั้งด้านรับ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แสดงผล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CR06:005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SR07:005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RBAC (Owner/Admin/Staff/Viewer) ต้องบังคับใช้ที่ฝั่งเซิร์ฟเวอร์ ไม่ใช่เพียงการซ่อนเมนู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CR06:004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 Database Design Requirements</w:t>
            </w:r>
          </w:p>
        </w:tc>
      </w:tr>
      <w:tr>
        <w:trPr>
          <w:trHeight w:hRule="exact" w:val="99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wms: user, company_list, company_map_user,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company_setting, company_smtp, company_usage, whitelist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CR04:002</w:t>
            </w:r>
          </w:p>
        </w:tc>
      </w:tr>
      <w:tr>
        <w:trPr>
          <w:trHeight w:hRule="exact" w:val="150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5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ตารางข้อมูลหลัก (wms2): md_warehouse, md_storage, md_bin, md_product, md_product_category, md_contact, md_contact_type, md_account, md_account_formula, md_account_formula_item, md_department, md_barcode, md_sku_barcode_label, md_lot, md_lock_operation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0" w:right="48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</w:tr>
      <w:tr>
        <w:trPr>
          <w:trHeight w:hRule="exact" w:val="150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SR08:003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ตารางรายการ (td_*): td_stock, td_order/_item, td_quotation/_item, td_invoice/_item, td_return/_item, td_purchase_request/_item, td_purchase_order/_item, td_supplier_return/_item, td_receipt/_item, td_receipt_billing/_item, td_payment/_item, td_payment_billing/_item, td_gl/td_gl_item, td_batch_action, td_bin_log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CR01:007–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CR01:018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992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SR08:004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ตารางสรุปยอดและ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: etl_stock_summary, etl_gl_summary,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document_number_sequences, document_types, schema_migrations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0" w:right="48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CR09:004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SR08:005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ตารางทั้งหมดต้องสร้างซ้ำได้ในสภาพแวดล้อมใหม่ผ่าน setup.php โดยไม่ต้องแก้ Schema ด้วยมือ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CR10:001,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CR09:004</w:t>
            </w:r>
          </w:p>
        </w:tc>
      </w:tr>
      <w:tr>
        <w:trPr>
          <w:trHeight w:hRule="exact" w:val="448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 Error Handling and Recovery Attributes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SR09:001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การลบ ยกเลิก หรือ Void เอกสารควบคุมต้องมี Confirm Dialog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CR05:004,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CR01:023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SR09:002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้อผิดพลาดต้องแสดง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วามที่ผู้ใช้เ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Fatal Error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CR05:003,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CR13:004</w:t>
            </w:r>
          </w:p>
        </w:tc>
      </w:tr>
      <w:tr>
        <w:trPr>
          <w:trHeight w:hRule="exact" w:val="97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5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+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+ GL)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Transaction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ันยอดติดลบ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ซ้ำ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48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CR13:002,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CR01:008</w:t>
            </w:r>
          </w:p>
        </w:tc>
      </w:tr>
    </w:tbl>
    <w:p>
      <w:pPr>
        <w:autoSpaceDN w:val="0"/>
        <w:autoSpaceDE w:val="0"/>
        <w:widowControl/>
        <w:spacing w:line="230" w:lineRule="exact" w:before="40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Remark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9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*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Result : A = Accepted, U = Unaccepted, N/A = Not Applicable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864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ช่อง Remark แสดงรหัสความต้องการของลูกค้า (Customer Requirements) ที่เป็นที่มาของความต้องการซอฟต์แวร์แต่ละรายการ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ความต้องการซอฟต์แวร์ที่ไม่มีที่มาจากความต้องการของลูกค้าต้องผ่าน Change Report ก่อนถือเป็นข้อผูกพัน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SRS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requiremen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