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พื้นที่เก็บข้อมูล เอกสาร และหลักฐานทุกอย่างของโครงการ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โครงสร้างการจัดเก็บ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ส่วนงาน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0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เข้าสู่ระบบ, คลังสินค้า, ขาย, จัดซื้อ, การเงิน, บัญชี, รายงาน, บาร์โค้ด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0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0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ISO/IEC 29110 กระบวนการ PM และ SI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ไฟล์ PDF ที่สร้างจาก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ริปต์สนับสนุนโ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scripts/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ริปต์สร้างและตรวจสอบชุดเอ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การควบคุมการเข้าถึงและการจัดเก็บ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สมาชิกโครงการทุกคนเข้าถึง Repository ได้ผ่าน Git Server ตามสิทธิ์ของบทบาท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Manager และ System Analyst มีสิทธิ์อนุมัติการ Merge เข้าสู่ Branch หลัก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ไฟล์ที่เกี่ยวข้องกับโครงการทั้งหมดต้องจัดเก็บใน Repository 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ค่าตั้งค่าและความลับของสภาพแวดล้อมต้องไม่ถูกนำเข้า Repository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ุมแล้ว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