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0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และเอกสารส่งมอบใน Git Repository</w:t>
            </w:r>
          </w:p>
        </w:tc>
      </w:tr>
      <w:tr>
        <w:trPr>
          <w:trHeight w:hRule="exact" w:val="450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21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69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BK-001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ตรงกับ Repository หลัก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BK-002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BK-003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ชุดสำรองสู่สภาพแวดล้อม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18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BK-004</w:t>
            </w:r>
          </w:p>
        </w:tc>
        <w:tc>
          <w:tcPr>
            <w:tcW w:type="dxa" w:w="3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ซิงก์เอกสารส่งมอบใน Git Repository ไปยัง Remote สำรองและตรวจสอบการเรียกคืน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4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ารตรวจสอบและยืนยันวันที่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